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pBdr>
          <w:bottom w:val="single" w:sz="8" w:color="2F75B5" w:space="2"/>
        </w:pBdr>
      </w:pPr>
      <w:r>
        <w:rPr>
          <w:rFonts w:ascii="Arial" w:hAnsi="Arial"/>
          <w:b/>
          <w:i w:val="0"/>
          <w:color w:val="17365D"/>
          <w:sz w:val="19"/>
        </w:rPr>
        <w:t>BUILD PHYSICS</w:t>
      </w:r>
      <w:r>
        <w:rPr>
          <w:rFonts w:ascii="Arial" w:hAnsi="Arial"/>
          <w:b/>
          <w:i w:val="0"/>
          <w:color w:val="2F75B5"/>
          <w:sz w:val="19"/>
        </w:rPr>
        <w:t xml:space="preserve">  |  GUIDED INVESTIGATION</w:t>
      </w:r>
    </w:p>
    <w:p>
      <w:pPr>
        <w:spacing w:before="80" w:after="0"/>
      </w:pPr>
      <w:r>
        <w:rPr>
          <w:rFonts w:ascii="Arial" w:hAnsi="Arial"/>
          <w:b/>
          <w:i w:val="0"/>
          <w:color w:val="17365D"/>
          <w:sz w:val="40"/>
        </w:rPr>
        <w:t>CONSTANT SPEED</w:t>
      </w:r>
    </w:p>
    <w:p>
      <w:pPr>
        <w:spacing w:after="120"/>
      </w:pPr>
      <w:r>
        <w:rPr>
          <w:rFonts w:ascii="Arial" w:hAnsi="Arial"/>
          <w:b w:val="0"/>
          <w:i w:val="0"/>
          <w:color w:val="4B5563"/>
          <w:sz w:val="24"/>
        </w:rPr>
        <w:t>Position, velocity, and the slope of an x–t graph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576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Name: ____________________________</w:t>
            </w:r>
          </w:p>
        </w:tc>
        <w:tc>
          <w:tcPr>
            <w:tcW w:type="dxa" w:w="252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Period: __________</w:t>
            </w:r>
          </w:p>
        </w:tc>
        <w:tc>
          <w:tcPr>
            <w:tcW w:type="dxa" w:w="266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Date: 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AF3F8"/>
            <w:tcBorders>
              <w:top w:val="single" w:sz="8" w:color="2F75B5" w:space="0"/>
              <w:left w:val="single" w:sz="8" w:color="2F75B5" w:space="0"/>
              <w:bottom w:val="single" w:sz="8" w:color="2F75B5" w:space="0"/>
              <w:right w:val="single" w:sz="8" w:color="2F75B5" w:space="0"/>
              <w:insideH w:val="single" w:sz="8" w:color="2F75B5" w:space="0"/>
              <w:insideV w:val="single" w:sz="8" w:color="2F75B5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position change when an object moves with constant velocity?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23"/>
            <w:shd w:fill="2F75B5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Constant speed</w:t>
            </w:r>
          </w:p>
        </w:tc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1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Kinematics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Learning targets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Collect position-time data for several constant velocities.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the slope of an x–t graph to determine horizontal velocity.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Explain why the acceleration is zero even while the object is moving.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F3F5F7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>
              <w:rPr>
                <w:rFonts w:ascii="Arial" w:hAnsi="Arial"/>
                <w:b/>
                <w:i w:val="0"/>
                <w:color w:val="17365D"/>
              </w:rPr>
              <w:t>Choose +x to the right.</w:t>
            </w:r>
            <w:r>
              <w:br/>
            </w:r>
            <w:r>
              <w:rPr>
                <w:rFonts w:ascii="Arial" w:hAnsi="Arial"/>
                <w:b w:val="0"/>
                <w:i w:val="0"/>
              </w:rPr>
              <w:t>Keep the surface frictionless and begin each trial from the same starting position.</w:t>
            </w:r>
          </w:p>
        </w:tc>
        <w:tc>
          <w:tcPr>
            <w:tcW w:type="dxa" w:w="5285"/>
            <w:shd w:fill="FFF2CC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65D"/>
              </w:rPr>
              <w:t>Constant-velocity model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Δx = vₓΔt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slope of x–t = vₓ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aₓ = 0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FF2CC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A steeper x–t line means a greater magnitude of velocity. A negative slope means motion in the −x direction.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Pre-lab prediction | 4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Sketch or describe the shape of an x–t graph for constant positive velocity.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What should happen to the graph slope if the velocity doubles?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Describe the vₓ–t and aₓ–t graphs for constant-speed motion.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Measure position and graph slope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Setup | 3 minutes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Constant speed. Select the Constant-speed block.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Open Data → Graph and display x, vₓ, and aₓ. Keep only x visible while finding each slope.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Use the velocity controls to set the listed vₓ. Reset before every trial and start at the same x-position.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each trial for 3.0 s, then pause and record the position values.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AF3F8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Consistent trials: </w:t>
            </w:r>
            <w:r>
              <w:rPr>
                <w:rFonts w:ascii="Arial" w:hAnsi="Arial"/>
                <w:b w:val="0"/>
                <w:i w:val="0"/>
              </w:rPr>
              <w:t>Reset → set vₓ → Run → pause at 3.0 s → record. Keep gravity, surface, and starting position unchanged.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Data table | 10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>
        <w:trPr>
          <w:tblHeader w:val="true"/>
        </w:trPr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Trial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Set vₓ</w:t>
              <w:br/>
              <w:t>(m/s)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x at 0 s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x at 1 s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x at 2 s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x at 3 s</w:t>
              <w:br/>
              <w:t>(m)</w:t>
            </w:r>
          </w:p>
        </w:tc>
        <w:tc>
          <w:tcPr>
            <w:tcW w:type="dxa" w:w="1510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Graph slope</w:t>
              <w:br/>
              <w:t>(m/s)</w:t>
            </w:r>
          </w:p>
        </w:tc>
      </w:tr>
      <w:tr>
        <w:trPr>
          <w:trHeight w:val="605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05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05" w:hRule="atLeast"/>
        </w:trPr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3.0</w:t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605" w:hRule="atLeast"/>
        </w:trPr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4.0</w:t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510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r>
        <w:rPr>
          <w:rFonts w:ascii="Arial" w:hAnsi="Arial"/>
          <w:b/>
          <w:i w:val="0"/>
          <w:color w:val="17365D"/>
        </w:rPr>
        <w:t xml:space="preserve">Slope calculation:  </w:t>
      </w:r>
      <w:r>
        <w:rPr>
          <w:rFonts w:ascii="Arial" w:hAnsi="Arial"/>
          <w:b w:val="0"/>
          <w:i w:val="0"/>
        </w:rPr>
        <w:t>slope = Δx/Δt = ______________________________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217920" cy="29294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stant_speed_slop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929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graph slope versus the set initial velocity. Draw a best-fit line.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Reverse direction and analyze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Direction test | 5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2"/>
        <w:gridCol w:w="1762"/>
        <w:gridCol w:w="1762"/>
        <w:gridCol w:w="1762"/>
        <w:gridCol w:w="1762"/>
        <w:gridCol w:w="1762"/>
      </w:tblGrid>
      <w:tr>
        <w:trPr>
          <w:tblHeader w:val="true"/>
        </w:trPr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Set vₓ</w:t>
              <w:br/>
              <w:t>(m/s)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x at 0 s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x at 2.0 s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Δx</w:t>
              <w:br/>
              <w:t>(m)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x–t slope</w:t>
              <w:br/>
              <w:t>(m/s)</w:t>
            </w:r>
          </w:p>
        </w:tc>
        <w:tc>
          <w:tcPr>
            <w:tcW w:type="dxa" w:w="1762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aₓ</w:t>
              <w:br/>
              <w:t>(m/s²)</w:t>
            </w:r>
          </w:p>
        </w:tc>
      </w:tr>
      <w:tr>
        <w:trPr>
          <w:trHeight w:val="691" w:hRule="atLeast"/>
        </w:trPr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−2.0</w:t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62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did the sign of the slope identify the direction of motion?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Analysis | 8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Compare each measured graph slope with the velocity you set. How close were they?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What does the y-intercept of an x–t graph represent physically?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Why can an object have nonzero velocity while its acceleration is zero?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9. </w:t>
      </w:r>
      <w:r>
        <w:rPr>
          <w:rFonts w:ascii="Arial" w:hAnsi="Arial"/>
          <w:b w:val="0"/>
          <w:i w:val="0"/>
        </w:rPr>
        <w:t>Predict the displacement of a block moving at −3.5 m/s for 4.0 s.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Claim-Evidence-Reasoning conclusion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DF3E7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Evaluate this statement: </w:t>
            </w:r>
            <w:r>
              <w:rPr>
                <w:rFonts w:ascii="Arial" w:hAnsi="Arial"/>
                <w:b w:val="0"/>
                <w:i w:val="0"/>
              </w:rPr>
              <w:t>“An object must have a net change in speed in order to change its position.”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CLAIM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Accept, reject, or revise the statement.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2F75B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EVIDENCE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Cite at least two measurements or graph features.</w:t>
            </w:r>
            <w:r>
              <w:br/>
              <w:br/>
            </w:r>
          </w:p>
        </w:tc>
      </w:tr>
      <w:tr>
        <w:trPr>
          <w:trHeight w:val="100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REASONING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Connect your evidence to the kinematics model.</w:t>
            </w:r>
            <w:r>
              <w:br/>
              <w:br/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Exit ticket</w:t>
      </w:r>
    </w:p>
    <w:p>
      <w:r>
        <w:rPr>
          <w:rFonts w:ascii="Arial" w:hAnsi="Arial"/>
          <w:b w:val="0"/>
          <w:i w:val="0"/>
        </w:rPr>
        <w:t>A block’s x–t graph has a constant slope of +2.4 m/s. State its velocity and acceleration.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sectPr w:rsidR="00FC693F" w:rsidRPr="0006063C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Constant Speed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