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C8E06" w14:textId="77777777" w:rsidR="008652BD" w:rsidRDefault="00000000">
      <w:pPr>
        <w:pBdr>
          <w:bottom w:val="single" w:sz="8" w:space="2" w:color="2F75B5"/>
        </w:pBdr>
        <w:spacing w:after="20"/>
      </w:pPr>
      <w:r>
        <w:rPr>
          <w:b/>
          <w:color w:val="17365D"/>
        </w:rPr>
        <w:t>BUILD PHYSICS</w:t>
      </w:r>
      <w:r>
        <w:rPr>
          <w:b/>
          <w:color w:val="2F75B5"/>
        </w:rPr>
        <w:t xml:space="preserve">  |  GUIDED INVESTIGATION</w:t>
      </w:r>
    </w:p>
    <w:p w14:paraId="1B116A54" w14:textId="77777777" w:rsidR="008652BD" w:rsidRDefault="00000000">
      <w:pPr>
        <w:spacing w:before="80" w:after="0"/>
      </w:pPr>
      <w:r>
        <w:rPr>
          <w:b/>
          <w:color w:val="17365D"/>
          <w:sz w:val="40"/>
        </w:rPr>
        <w:t>PROJECTILE TARGET CHALLENGE</w:t>
      </w:r>
    </w:p>
    <w:p w14:paraId="0628CC98" w14:textId="77777777" w:rsidR="008652BD" w:rsidRDefault="00000000">
      <w:pPr>
        <w:spacing w:after="120"/>
      </w:pPr>
      <w:r>
        <w:rPr>
          <w:color w:val="4B5563"/>
          <w:sz w:val="24"/>
        </w:rPr>
        <w:t>Designing launch vectors to reach a raised target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78"/>
        <w:gridCol w:w="2481"/>
        <w:gridCol w:w="2627"/>
      </w:tblGrid>
      <w:tr w:rsidR="008652BD" w14:paraId="157CC605" w14:textId="77777777">
        <w:trPr>
          <w:jc w:val="center"/>
        </w:trPr>
        <w:tc>
          <w:tcPr>
            <w:tcW w:w="576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</w:tcPr>
          <w:p w14:paraId="663D9FE9" w14:textId="77777777" w:rsidR="008652BD" w:rsidRDefault="00000000">
            <w:pPr>
              <w:spacing w:after="0"/>
            </w:pPr>
            <w:r>
              <w:t>Name: ____________________________</w:t>
            </w:r>
          </w:p>
        </w:tc>
        <w:tc>
          <w:tcPr>
            <w:tcW w:w="252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</w:tcPr>
          <w:p w14:paraId="652C8C6D" w14:textId="77777777" w:rsidR="008652BD" w:rsidRDefault="00000000">
            <w:pPr>
              <w:spacing w:after="0"/>
            </w:pPr>
            <w:r>
              <w:t>Period: __________</w:t>
            </w:r>
          </w:p>
        </w:tc>
        <w:tc>
          <w:tcPr>
            <w:tcW w:w="2664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</w:tcPr>
          <w:p w14:paraId="7914292E" w14:textId="77777777" w:rsidR="008652BD" w:rsidRDefault="00000000">
            <w:pPr>
              <w:spacing w:after="0"/>
            </w:pPr>
            <w:r>
              <w:t>Date: ____________</w:t>
            </w:r>
          </w:p>
        </w:tc>
      </w:tr>
    </w:tbl>
    <w:p w14:paraId="6EC56E7A" w14:textId="77777777" w:rsidR="008652BD" w:rsidRDefault="008652BD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23"/>
        <w:gridCol w:w="3523"/>
        <w:gridCol w:w="3524"/>
      </w:tblGrid>
      <w:tr w:rsidR="008652BD" w14:paraId="66001CAA" w14:textId="77777777">
        <w:trPr>
          <w:jc w:val="center"/>
        </w:trPr>
        <w:tc>
          <w:tcPr>
            <w:tcW w:w="10570" w:type="dxa"/>
            <w:gridSpan w:val="3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auto" w:fill="EAF3F8"/>
          </w:tcPr>
          <w:p w14:paraId="272C3529" w14:textId="77777777" w:rsidR="008652BD" w:rsidRDefault="00000000">
            <w:pPr>
              <w:spacing w:after="0"/>
            </w:pPr>
            <w:r>
              <w:rPr>
                <w:b/>
                <w:color w:val="2F75B5"/>
                <w:sz w:val="18"/>
              </w:rPr>
              <w:t xml:space="preserve">INVESTIGATION QUESTION  </w:t>
            </w:r>
            <w:r>
              <w:rPr>
                <w:b/>
                <w:color w:val="17365D"/>
                <w:sz w:val="23"/>
              </w:rPr>
              <w:t>Which launch-velocity vectors can place the projectile on the target platform?</w:t>
            </w:r>
          </w:p>
        </w:tc>
      </w:tr>
      <w:tr w:rsidR="008652BD" w14:paraId="57A3427E" w14:textId="77777777">
        <w:trPr>
          <w:jc w:val="center"/>
        </w:trPr>
        <w:tc>
          <w:tcPr>
            <w:tcW w:w="35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</w:tcPr>
          <w:p w14:paraId="2D589D7F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TIME</w:t>
            </w:r>
            <w:r>
              <w:br/>
            </w:r>
            <w:r>
              <w:rPr>
                <w:b/>
                <w:color w:val="FFFFFF"/>
                <w:sz w:val="18"/>
              </w:rPr>
              <w:t>30 minutes</w:t>
            </w:r>
          </w:p>
        </w:tc>
        <w:tc>
          <w:tcPr>
            <w:tcW w:w="35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F75B5"/>
          </w:tcPr>
          <w:p w14:paraId="3B9ECEA7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SIMULATION</w:t>
            </w:r>
            <w:r>
              <w:br/>
            </w:r>
            <w:r>
              <w:rPr>
                <w:b/>
                <w:color w:val="FFFFFF"/>
                <w:sz w:val="18"/>
              </w:rPr>
              <w:t>BuildPhysics &gt; Projectile target challenge</w:t>
            </w:r>
          </w:p>
        </w:tc>
        <w:tc>
          <w:tcPr>
            <w:tcW w:w="35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</w:tcPr>
          <w:p w14:paraId="566ABB60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UNIT 1</w:t>
            </w:r>
            <w:r>
              <w:br/>
            </w:r>
            <w:r>
              <w:rPr>
                <w:b/>
                <w:color w:val="FFFFFF"/>
                <w:sz w:val="18"/>
              </w:rPr>
              <w:t>Kinematics</w:t>
            </w:r>
          </w:p>
        </w:tc>
      </w:tr>
    </w:tbl>
    <w:p w14:paraId="2D3AB5D7" w14:textId="77777777" w:rsidR="008652BD" w:rsidRDefault="00000000">
      <w:pPr>
        <w:keepNext/>
        <w:spacing w:before="80" w:after="40"/>
      </w:pPr>
      <w:r>
        <w:rPr>
          <w:b/>
          <w:color w:val="17365D"/>
          <w:sz w:val="25"/>
        </w:rPr>
        <w:t>Learning targets</w:t>
      </w:r>
    </w:p>
    <w:p w14:paraId="405EB952" w14:textId="77777777" w:rsidR="008652BD" w:rsidRDefault="00000000">
      <w:pPr>
        <w:pStyle w:val="LabPrompt"/>
      </w:pPr>
      <w:r>
        <w:rPr>
          <w:b/>
          <w:color w:val="2F75B5"/>
        </w:rPr>
        <w:t xml:space="preserve">• </w:t>
      </w:r>
      <w:r>
        <w:t>Use displacement components and a chosen flight time to design a launch vector.</w:t>
      </w:r>
    </w:p>
    <w:p w14:paraId="0CF84BD2" w14:textId="77777777" w:rsidR="008652BD" w:rsidRDefault="00000000">
      <w:pPr>
        <w:pStyle w:val="LabPrompt"/>
      </w:pPr>
      <w:r>
        <w:rPr>
          <w:b/>
          <w:color w:val="2F75B5"/>
        </w:rPr>
        <w:t xml:space="preserve">• </w:t>
      </w:r>
      <w:r>
        <w:t>Test and refine multiple solutions that reach the same target.</w:t>
      </w:r>
    </w:p>
    <w:p w14:paraId="2C816047" w14:textId="77777777" w:rsidR="008652BD" w:rsidRDefault="00000000">
      <w:pPr>
        <w:pStyle w:val="LabPrompt"/>
      </w:pPr>
      <w:r>
        <w:rPr>
          <w:b/>
          <w:color w:val="2F75B5"/>
        </w:rPr>
        <w:t xml:space="preserve">• </w:t>
      </w:r>
      <w:r>
        <w:t>Explain why different velocity-component pairs can produce successful trajectories.</w:t>
      </w:r>
    </w:p>
    <w:p w14:paraId="7A5744FA" w14:textId="77777777" w:rsidR="008652BD" w:rsidRDefault="00000000">
      <w:pPr>
        <w:keepNext/>
        <w:spacing w:before="80" w:after="40"/>
      </w:pPr>
      <w:r>
        <w:rPr>
          <w:b/>
          <w:color w:val="17365D"/>
          <w:sz w:val="25"/>
        </w:rPr>
        <w:t>Model before you measure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85"/>
        <w:gridCol w:w="5285"/>
      </w:tblGrid>
      <w:tr w:rsidR="008652BD" w14:paraId="027E6CEE" w14:textId="77777777">
        <w:trPr>
          <w:jc w:val="center"/>
        </w:trPr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3F5F7"/>
          </w:tcPr>
          <w:p w14:paraId="00FE2C13" w14:textId="77777777" w:rsidR="008652BD" w:rsidRDefault="00000000">
            <w:r>
              <w:rPr>
                <w:b/>
                <w:color w:val="17365D"/>
              </w:rPr>
              <w:t>Measure from the projectile center to the target landing point.</w:t>
            </w:r>
            <w:r>
              <w:br/>
              <w:t>Choose a flight time, then calculate the needed components.</w:t>
            </w:r>
          </w:p>
        </w:tc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FF2CC"/>
          </w:tcPr>
          <w:p w14:paraId="31ED951E" w14:textId="77777777" w:rsidR="008652BD" w:rsidRDefault="00000000">
            <w:pPr>
              <w:jc w:val="center"/>
            </w:pPr>
            <w:r>
              <w:rPr>
                <w:b/>
                <w:color w:val="17365D"/>
              </w:rPr>
              <w:t>Design equations</w:t>
            </w:r>
            <w:r>
              <w:br/>
            </w:r>
            <w:r>
              <w:rPr>
                <w:color w:val="17365D"/>
                <w:sz w:val="20"/>
              </w:rPr>
              <w:t>vₓ = Δx/t</w:t>
            </w:r>
            <w:r>
              <w:br/>
            </w:r>
            <w:r>
              <w:rPr>
                <w:color w:val="17365D"/>
                <w:sz w:val="20"/>
              </w:rPr>
              <w:t>vᵧ₀ = (Δy + ½gt²)/t</w:t>
            </w:r>
            <w:r>
              <w:br/>
            </w:r>
            <w:r>
              <w:rPr>
                <w:color w:val="17365D"/>
                <w:sz w:val="20"/>
              </w:rPr>
              <w:t>g = 9.8 m/s²</w:t>
            </w:r>
          </w:p>
        </w:tc>
      </w:tr>
      <w:tr w:rsidR="008652BD" w14:paraId="08B62C1F" w14:textId="77777777">
        <w:trPr>
          <w:jc w:val="center"/>
        </w:trPr>
        <w:tc>
          <w:tcPr>
            <w:tcW w:w="10570" w:type="dxa"/>
            <w:gridSpan w:val="2"/>
            <w:tcBorders>
              <w:top w:val="single" w:sz="7" w:space="0" w:color="D6B656"/>
              <w:left w:val="single" w:sz="7" w:space="0" w:color="D6B656"/>
              <w:bottom w:val="single" w:sz="7" w:space="0" w:color="D6B656"/>
              <w:right w:val="single" w:sz="7" w:space="0" w:color="D6B656"/>
            </w:tcBorders>
            <w:shd w:val="clear" w:color="auto" w:fill="FFF2CC"/>
          </w:tcPr>
          <w:p w14:paraId="47259AF3" w14:textId="77777777" w:rsidR="008652BD" w:rsidRDefault="00000000">
            <w:pPr>
              <w:spacing w:after="0"/>
            </w:pPr>
            <w:r>
              <w:rPr>
                <w:b/>
                <w:color w:val="17365D"/>
              </w:rPr>
              <w:t xml:space="preserve">Targeting tip: </w:t>
            </w:r>
            <w:r>
              <w:t>Aim initially for the center of the target platform. A successful landing may occur anywhere on its upper surface.</w:t>
            </w:r>
          </w:p>
        </w:tc>
      </w:tr>
    </w:tbl>
    <w:p w14:paraId="4FC746CD" w14:textId="77777777" w:rsidR="008652BD" w:rsidRDefault="00000000">
      <w:pPr>
        <w:keepNext/>
        <w:spacing w:before="80" w:after="40"/>
      </w:pPr>
      <w:r>
        <w:rPr>
          <w:b/>
          <w:color w:val="17365D"/>
          <w:sz w:val="25"/>
        </w:rPr>
        <w:t>Pre-lab planning | 5 minutes</w:t>
      </w:r>
    </w:p>
    <w:p w14:paraId="2AF40063" w14:textId="77777777" w:rsidR="008652BD" w:rsidRDefault="00000000">
      <w:pPr>
        <w:pStyle w:val="LabPrompt"/>
      </w:pPr>
      <w:r>
        <w:rPr>
          <w:b/>
          <w:color w:val="17365D"/>
        </w:rPr>
        <w:t xml:space="preserve">1. </w:t>
      </w:r>
      <w:r>
        <w:t>Use Measure Displacement with components visible. Record the horizontal and vertical displacement from launch center to target center.</w:t>
      </w:r>
    </w:p>
    <w:p w14:paraId="6DBFAE9A" w14:textId="77777777" w:rsidR="008652BD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762"/>
        <w:gridCol w:w="1762"/>
        <w:gridCol w:w="1762"/>
      </w:tblGrid>
      <w:tr w:rsidR="008652BD" w14:paraId="4D5F99A9" w14:textId="77777777">
        <w:trPr>
          <w:tblHeader/>
          <w:jc w:val="center"/>
        </w:trPr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6D9A4593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Measured Δx</w:t>
            </w:r>
            <w:r>
              <w:rPr>
                <w:b/>
                <w:color w:val="FFFFFF"/>
                <w:sz w:val="16"/>
              </w:rPr>
              <w:br/>
              <w:t>(m)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526C0D84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Measured Δy</w:t>
            </w:r>
            <w:r>
              <w:rPr>
                <w:b/>
                <w:color w:val="FFFFFF"/>
                <w:sz w:val="16"/>
              </w:rPr>
              <w:br/>
              <w:t>(m)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164F5733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Launch x₀</w:t>
            </w:r>
            <w:r>
              <w:rPr>
                <w:b/>
                <w:color w:val="FFFFFF"/>
                <w:sz w:val="16"/>
              </w:rPr>
              <w:br/>
              <w:t>(m)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7CD0F59F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Launch y₀</w:t>
            </w:r>
            <w:r>
              <w:rPr>
                <w:b/>
                <w:color w:val="FFFFFF"/>
                <w:sz w:val="16"/>
              </w:rPr>
              <w:br/>
              <w:t>(m)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776BDA81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Target x</w:t>
            </w:r>
            <w:r>
              <w:rPr>
                <w:b/>
                <w:color w:val="FFFFFF"/>
                <w:sz w:val="16"/>
              </w:rPr>
              <w:br/>
              <w:t>(m)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7FAA8FE7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Target y</w:t>
            </w:r>
            <w:r>
              <w:rPr>
                <w:b/>
                <w:color w:val="FFFFFF"/>
                <w:sz w:val="16"/>
              </w:rPr>
              <w:br/>
              <w:t>(m)</w:t>
            </w:r>
          </w:p>
        </w:tc>
      </w:tr>
      <w:tr w:rsidR="008652BD" w14:paraId="7BAC3B44" w14:textId="77777777">
        <w:trPr>
          <w:trHeight w:val="691"/>
          <w:jc w:val="center"/>
        </w:trPr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6796D543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2080689F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793A6A35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51097A46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73A4B58E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10D5F888" w14:textId="77777777" w:rsidR="008652BD" w:rsidRDefault="008652BD">
            <w:pPr>
              <w:spacing w:after="0"/>
              <w:jc w:val="center"/>
            </w:pPr>
          </w:p>
        </w:tc>
      </w:tr>
    </w:tbl>
    <w:p w14:paraId="196A92F2" w14:textId="77777777" w:rsidR="008652BD" w:rsidRDefault="00000000">
      <w:pPr>
        <w:pStyle w:val="LabPrompt"/>
      </w:pPr>
      <w:r>
        <w:rPr>
          <w:b/>
          <w:color w:val="17365D"/>
        </w:rPr>
        <w:t xml:space="preserve">2. </w:t>
      </w:r>
      <w:r>
        <w:t>Why can the same target be reached using more than one flight time?</w:t>
      </w:r>
    </w:p>
    <w:p w14:paraId="28940F7A" w14:textId="77777777" w:rsidR="008652BD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532292B0" w14:textId="77777777" w:rsidR="008652BD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70"/>
      </w:tblGrid>
      <w:tr w:rsidR="008652BD" w14:paraId="039E48AD" w14:textId="77777777">
        <w:trPr>
          <w:jc w:val="center"/>
        </w:trPr>
        <w:tc>
          <w:tcPr>
            <w:tcW w:w="1057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shd w:val="clear" w:color="auto" w:fill="17365D"/>
          </w:tcPr>
          <w:p w14:paraId="70623BD5" w14:textId="77777777" w:rsidR="008652BD" w:rsidRDefault="00000000">
            <w:pPr>
              <w:keepNext/>
              <w:spacing w:after="0"/>
            </w:pPr>
            <w:r>
              <w:rPr>
                <w:b/>
                <w:color w:val="9FD3F2"/>
                <w:sz w:val="17"/>
              </w:rPr>
              <w:lastRenderedPageBreak/>
              <w:t xml:space="preserve">PART A  </w:t>
            </w:r>
            <w:r>
              <w:rPr>
                <w:b/>
                <w:color w:val="FFFFFF"/>
                <w:sz w:val="22"/>
              </w:rPr>
              <w:t>Calculate and test three launch designs</w:t>
            </w:r>
          </w:p>
        </w:tc>
      </w:tr>
    </w:tbl>
    <w:p w14:paraId="6A56D6B5" w14:textId="77777777" w:rsidR="008652BD" w:rsidRDefault="00000000">
      <w:pPr>
        <w:keepNext/>
        <w:spacing w:before="80" w:after="40"/>
      </w:pPr>
      <w:r>
        <w:rPr>
          <w:b/>
          <w:color w:val="17365D"/>
          <w:sz w:val="25"/>
        </w:rPr>
        <w:t>Design trials | 12 minutes</w:t>
      </w:r>
    </w:p>
    <w:p w14:paraId="2077D0FF" w14:textId="77777777" w:rsidR="008652BD" w:rsidRDefault="00000000">
      <w:r>
        <w:t>Use your measured Δx and Δy. For each chosen time, calculate vₓ and vᵧ₀ before running the simulation.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0"/>
        <w:gridCol w:w="1510"/>
      </w:tblGrid>
      <w:tr w:rsidR="008652BD" w14:paraId="5B19C87B" w14:textId="77777777">
        <w:trPr>
          <w:tblHeader/>
          <w:jc w:val="center"/>
        </w:trPr>
        <w:tc>
          <w:tcPr>
            <w:tcW w:w="1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2F99880D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Design</w:t>
            </w:r>
          </w:p>
        </w:tc>
        <w:tc>
          <w:tcPr>
            <w:tcW w:w="1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30052427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Chosen t</w:t>
            </w:r>
            <w:r>
              <w:rPr>
                <w:b/>
                <w:color w:val="FFFFFF"/>
                <w:sz w:val="15"/>
              </w:rPr>
              <w:br/>
              <w:t>(s)</w:t>
            </w:r>
          </w:p>
        </w:tc>
        <w:tc>
          <w:tcPr>
            <w:tcW w:w="1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5048C64E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Calculated vₓ</w:t>
            </w:r>
            <w:r>
              <w:rPr>
                <w:b/>
                <w:color w:val="FFFFFF"/>
                <w:sz w:val="15"/>
              </w:rPr>
              <w:br/>
              <w:t>(m/s)</w:t>
            </w:r>
          </w:p>
        </w:tc>
        <w:tc>
          <w:tcPr>
            <w:tcW w:w="1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12EC8BE2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Calculated vᵧ₀</w:t>
            </w:r>
            <w:r>
              <w:rPr>
                <w:b/>
                <w:color w:val="FFFFFF"/>
                <w:sz w:val="15"/>
              </w:rPr>
              <w:br/>
              <w:t>(m/s)</w:t>
            </w:r>
          </w:p>
        </w:tc>
        <w:tc>
          <w:tcPr>
            <w:tcW w:w="1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17BF2602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Actual landing x</w:t>
            </w:r>
            <w:r>
              <w:rPr>
                <w:b/>
                <w:color w:val="FFFFFF"/>
                <w:sz w:val="15"/>
              </w:rPr>
              <w:br/>
              <w:t>(m)</w:t>
            </w:r>
          </w:p>
        </w:tc>
        <w:tc>
          <w:tcPr>
            <w:tcW w:w="1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1B21EA74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Success?</w:t>
            </w:r>
          </w:p>
        </w:tc>
        <w:tc>
          <w:tcPr>
            <w:tcW w:w="15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7F2C21CE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Adjustment made</w:t>
            </w:r>
          </w:p>
        </w:tc>
      </w:tr>
      <w:tr w:rsidR="008652BD" w14:paraId="7FD9A766" w14:textId="77777777">
        <w:trPr>
          <w:trHeight w:val="691"/>
          <w:jc w:val="center"/>
        </w:trPr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072CFF36" w14:textId="77777777" w:rsidR="008652BD" w:rsidRDefault="00000000">
            <w:pPr>
              <w:spacing w:after="0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64477D00" w14:textId="77777777" w:rsidR="008652BD" w:rsidRDefault="00000000">
            <w:pPr>
              <w:spacing w:after="0"/>
              <w:jc w:val="center"/>
            </w:pPr>
            <w:r>
              <w:rPr>
                <w:sz w:val="15"/>
              </w:rPr>
              <w:t>1.00</w:t>
            </w: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259366A8" w14:textId="77777777" w:rsidR="008652BD" w:rsidRDefault="008652BD">
            <w:pPr>
              <w:spacing w:after="0"/>
              <w:jc w:val="center"/>
            </w:pP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22D605F6" w14:textId="77777777" w:rsidR="008652BD" w:rsidRDefault="008652BD">
            <w:pPr>
              <w:spacing w:after="0"/>
              <w:jc w:val="center"/>
            </w:pP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07AF7A6C" w14:textId="77777777" w:rsidR="008652BD" w:rsidRDefault="008652BD">
            <w:pPr>
              <w:spacing w:after="0"/>
              <w:jc w:val="center"/>
            </w:pP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71F842B8" w14:textId="77777777" w:rsidR="008652BD" w:rsidRDefault="008652BD">
            <w:pPr>
              <w:spacing w:after="0"/>
              <w:jc w:val="center"/>
            </w:pP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5C24839B" w14:textId="77777777" w:rsidR="008652BD" w:rsidRDefault="008652BD">
            <w:pPr>
              <w:spacing w:after="0"/>
              <w:jc w:val="center"/>
            </w:pPr>
          </w:p>
        </w:tc>
      </w:tr>
      <w:tr w:rsidR="008652BD" w14:paraId="5668956E" w14:textId="77777777">
        <w:trPr>
          <w:trHeight w:val="691"/>
          <w:jc w:val="center"/>
        </w:trPr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5BF7E8F1" w14:textId="77777777" w:rsidR="008652BD" w:rsidRDefault="00000000">
            <w:pPr>
              <w:spacing w:after="0"/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50B04D2D" w14:textId="77777777" w:rsidR="008652BD" w:rsidRDefault="00000000">
            <w:pPr>
              <w:spacing w:after="0"/>
              <w:jc w:val="center"/>
            </w:pPr>
            <w:r>
              <w:rPr>
                <w:sz w:val="15"/>
              </w:rPr>
              <w:t>1.30</w:t>
            </w: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168D9935" w14:textId="77777777" w:rsidR="008652BD" w:rsidRDefault="008652BD">
            <w:pPr>
              <w:spacing w:after="0"/>
              <w:jc w:val="center"/>
            </w:pP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513B4245" w14:textId="77777777" w:rsidR="008652BD" w:rsidRDefault="008652BD">
            <w:pPr>
              <w:spacing w:after="0"/>
              <w:jc w:val="center"/>
            </w:pP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696A3DDC" w14:textId="77777777" w:rsidR="008652BD" w:rsidRDefault="008652BD">
            <w:pPr>
              <w:spacing w:after="0"/>
              <w:jc w:val="center"/>
            </w:pP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2BD4173C" w14:textId="77777777" w:rsidR="008652BD" w:rsidRDefault="008652BD">
            <w:pPr>
              <w:spacing w:after="0"/>
              <w:jc w:val="center"/>
            </w:pP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028C2B5F" w14:textId="77777777" w:rsidR="008652BD" w:rsidRDefault="008652BD">
            <w:pPr>
              <w:spacing w:after="0"/>
              <w:jc w:val="center"/>
            </w:pPr>
          </w:p>
        </w:tc>
      </w:tr>
      <w:tr w:rsidR="008652BD" w14:paraId="207ECB92" w14:textId="77777777">
        <w:trPr>
          <w:trHeight w:val="691"/>
          <w:jc w:val="center"/>
        </w:trPr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05398677" w14:textId="77777777" w:rsidR="008652BD" w:rsidRDefault="00000000">
            <w:pPr>
              <w:spacing w:after="0"/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0AE8441F" w14:textId="77777777" w:rsidR="008652BD" w:rsidRDefault="00000000">
            <w:pPr>
              <w:spacing w:after="0"/>
              <w:jc w:val="center"/>
            </w:pPr>
            <w:r>
              <w:rPr>
                <w:sz w:val="15"/>
              </w:rPr>
              <w:t>1.60</w:t>
            </w: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0B8A1848" w14:textId="77777777" w:rsidR="008652BD" w:rsidRDefault="008652BD">
            <w:pPr>
              <w:spacing w:after="0"/>
              <w:jc w:val="center"/>
            </w:pP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4BD22C6A" w14:textId="77777777" w:rsidR="008652BD" w:rsidRDefault="008652BD">
            <w:pPr>
              <w:spacing w:after="0"/>
              <w:jc w:val="center"/>
            </w:pP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58FEC96E" w14:textId="77777777" w:rsidR="008652BD" w:rsidRDefault="008652BD">
            <w:pPr>
              <w:spacing w:after="0"/>
              <w:jc w:val="center"/>
            </w:pP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41826285" w14:textId="77777777" w:rsidR="008652BD" w:rsidRDefault="008652BD">
            <w:pPr>
              <w:spacing w:after="0"/>
              <w:jc w:val="center"/>
            </w:pPr>
          </w:p>
        </w:tc>
        <w:tc>
          <w:tcPr>
            <w:tcW w:w="1510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420A4ED3" w14:textId="77777777" w:rsidR="008652BD" w:rsidRDefault="008652BD">
            <w:pPr>
              <w:spacing w:after="0"/>
              <w:jc w:val="center"/>
            </w:pPr>
          </w:p>
        </w:tc>
      </w:tr>
    </w:tbl>
    <w:p w14:paraId="3B546E7D" w14:textId="77777777" w:rsidR="008652BD" w:rsidRDefault="00000000">
      <w:pPr>
        <w:pStyle w:val="LabPrompt"/>
      </w:pPr>
      <w:r>
        <w:rPr>
          <w:b/>
          <w:color w:val="2F75B5"/>
        </w:rPr>
        <w:t xml:space="preserve">□ </w:t>
      </w:r>
      <w:r>
        <w:t>Select the Challenge projectile and enter the calculated vₓ and vᵧ₀.</w:t>
      </w:r>
    </w:p>
    <w:p w14:paraId="311F9212" w14:textId="77777777" w:rsidR="008652BD" w:rsidRDefault="00000000">
      <w:pPr>
        <w:pStyle w:val="LabPrompt"/>
      </w:pPr>
      <w:r>
        <w:rPr>
          <w:b/>
          <w:color w:val="2F75B5"/>
        </w:rPr>
        <w:t xml:space="preserve">□ </w:t>
      </w:r>
      <w:r>
        <w:t>Reset, run the full flight, and record the landing location.</w:t>
      </w:r>
    </w:p>
    <w:p w14:paraId="23337C28" w14:textId="77777777" w:rsidR="008652BD" w:rsidRDefault="00000000">
      <w:pPr>
        <w:pStyle w:val="LabPrompt"/>
      </w:pPr>
      <w:r>
        <w:rPr>
          <w:b/>
          <w:color w:val="2F75B5"/>
        </w:rPr>
        <w:t xml:space="preserve">□ </w:t>
      </w:r>
      <w:r>
        <w:t>If the projectile misses, make one small component adjustment and record it rather than guessing randomly.</w:t>
      </w:r>
    </w:p>
    <w:p w14:paraId="092EC62E" w14:textId="01D6FE20" w:rsidR="008652BD" w:rsidRDefault="008652BD">
      <w:pPr>
        <w:jc w:val="center"/>
      </w:pPr>
    </w:p>
    <w:p w14:paraId="6275764D" w14:textId="77777777" w:rsidR="008652BD" w:rsidRDefault="00000000">
      <w:pPr>
        <w:jc w:val="center"/>
      </w:pPr>
      <w:r>
        <w:rPr>
          <w:i/>
          <w:color w:val="6B7280"/>
          <w:sz w:val="17"/>
        </w:rPr>
        <w:t>Sketch and label each tested trajectory.</w:t>
      </w:r>
    </w:p>
    <w:p w14:paraId="4F484C87" w14:textId="77777777" w:rsidR="008652BD" w:rsidRDefault="00000000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70"/>
      </w:tblGrid>
      <w:tr w:rsidR="008652BD" w14:paraId="31ABEF8D" w14:textId="77777777">
        <w:trPr>
          <w:jc w:val="center"/>
        </w:trPr>
        <w:tc>
          <w:tcPr>
            <w:tcW w:w="1057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shd w:val="clear" w:color="auto" w:fill="17365D"/>
          </w:tcPr>
          <w:p w14:paraId="23ACA7BE" w14:textId="77777777" w:rsidR="008652BD" w:rsidRDefault="00000000">
            <w:pPr>
              <w:keepNext/>
              <w:spacing w:after="0"/>
            </w:pPr>
            <w:r>
              <w:rPr>
                <w:b/>
                <w:color w:val="9FD3F2"/>
                <w:sz w:val="17"/>
              </w:rPr>
              <w:lastRenderedPageBreak/>
              <w:t xml:space="preserve">PART B  </w:t>
            </w:r>
            <w:r>
              <w:rPr>
                <w:b/>
                <w:color w:val="FFFFFF"/>
                <w:sz w:val="22"/>
              </w:rPr>
              <w:t>Refine, compare, and explain</w:t>
            </w:r>
          </w:p>
        </w:tc>
      </w:tr>
    </w:tbl>
    <w:p w14:paraId="2C11D1A9" w14:textId="77777777" w:rsidR="008652BD" w:rsidRDefault="00000000">
      <w:pPr>
        <w:keepNext/>
        <w:spacing w:before="80" w:after="40"/>
      </w:pPr>
      <w:r>
        <w:rPr>
          <w:b/>
          <w:color w:val="17365D"/>
          <w:sz w:val="25"/>
        </w:rPr>
        <w:t>Successful solutions | 5 minutes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762"/>
        <w:gridCol w:w="1762"/>
        <w:gridCol w:w="1762"/>
      </w:tblGrid>
      <w:tr w:rsidR="008652BD" w14:paraId="20ED711B" w14:textId="77777777">
        <w:trPr>
          <w:tblHeader/>
          <w:jc w:val="center"/>
        </w:trPr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42A50747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Solution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50150230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vₓ</w:t>
            </w:r>
            <w:r>
              <w:rPr>
                <w:b/>
                <w:color w:val="FFFFFF"/>
                <w:sz w:val="16"/>
              </w:rPr>
              <w:br/>
              <w:t>(m/s)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5101CBA5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vᵧ₀</w:t>
            </w:r>
            <w:r>
              <w:rPr>
                <w:b/>
                <w:color w:val="FFFFFF"/>
                <w:sz w:val="16"/>
              </w:rPr>
              <w:br/>
              <w:t>(m/s)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4CEE5B79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Measured flight</w:t>
            </w:r>
            <w:r>
              <w:rPr>
                <w:b/>
                <w:color w:val="FFFFFF"/>
                <w:sz w:val="16"/>
              </w:rPr>
              <w:br/>
              <w:t>time (s)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6F380553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Maximum y</w:t>
            </w:r>
            <w:r>
              <w:rPr>
                <w:b/>
                <w:color w:val="FFFFFF"/>
                <w:sz w:val="16"/>
              </w:rPr>
              <w:br/>
              <w:t>(m)</w:t>
            </w:r>
          </w:p>
        </w:tc>
        <w:tc>
          <w:tcPr>
            <w:tcW w:w="17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  <w:vAlign w:val="center"/>
          </w:tcPr>
          <w:p w14:paraId="53312F39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Landing x</w:t>
            </w:r>
            <w:r>
              <w:rPr>
                <w:b/>
                <w:color w:val="FFFFFF"/>
                <w:sz w:val="16"/>
              </w:rPr>
              <w:br/>
              <w:t>(m)</w:t>
            </w:r>
          </w:p>
        </w:tc>
      </w:tr>
      <w:tr w:rsidR="008652BD" w14:paraId="3E518265" w14:textId="77777777">
        <w:trPr>
          <w:trHeight w:val="691"/>
          <w:jc w:val="center"/>
        </w:trPr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5018D2A7" w14:textId="77777777" w:rsidR="008652BD" w:rsidRDefault="00000000">
            <w:pPr>
              <w:spacing w:after="0"/>
              <w:jc w:val="center"/>
            </w:pPr>
            <w:r>
              <w:rPr>
                <w:sz w:val="16"/>
              </w:rPr>
              <w:t>A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63563332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7CF6FFE5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2AC3E243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37CBF7BC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F4F8FB"/>
            <w:vAlign w:val="center"/>
          </w:tcPr>
          <w:p w14:paraId="26EBC782" w14:textId="77777777" w:rsidR="008652BD" w:rsidRDefault="008652BD">
            <w:pPr>
              <w:spacing w:after="0"/>
              <w:jc w:val="center"/>
            </w:pPr>
          </w:p>
        </w:tc>
      </w:tr>
      <w:tr w:rsidR="008652BD" w14:paraId="3A8E7A25" w14:textId="77777777">
        <w:trPr>
          <w:trHeight w:val="691"/>
          <w:jc w:val="center"/>
        </w:trPr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5804310F" w14:textId="77777777" w:rsidR="008652BD" w:rsidRDefault="00000000">
            <w:pPr>
              <w:spacing w:after="0"/>
              <w:jc w:val="center"/>
            </w:pPr>
            <w:r>
              <w:rPr>
                <w:sz w:val="16"/>
              </w:rPr>
              <w:t>B</w:t>
            </w: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33DAFA85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72C993A2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3A31AD75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1ED821DF" w14:textId="77777777" w:rsidR="008652BD" w:rsidRDefault="008652BD">
            <w:pPr>
              <w:spacing w:after="0"/>
              <w:jc w:val="center"/>
            </w:pPr>
          </w:p>
        </w:tc>
        <w:tc>
          <w:tcPr>
            <w:tcW w:w="1762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vAlign w:val="center"/>
          </w:tcPr>
          <w:p w14:paraId="64981C9C" w14:textId="77777777" w:rsidR="008652BD" w:rsidRDefault="008652BD">
            <w:pPr>
              <w:spacing w:after="0"/>
              <w:jc w:val="center"/>
            </w:pPr>
          </w:p>
        </w:tc>
      </w:tr>
    </w:tbl>
    <w:p w14:paraId="06F09F62" w14:textId="77777777" w:rsidR="008652BD" w:rsidRDefault="00000000">
      <w:pPr>
        <w:keepNext/>
        <w:spacing w:before="80" w:after="40"/>
      </w:pPr>
      <w:r>
        <w:rPr>
          <w:b/>
          <w:color w:val="17365D"/>
          <w:sz w:val="25"/>
        </w:rPr>
        <w:t>Analysis | 7 minutes</w:t>
      </w:r>
    </w:p>
    <w:p w14:paraId="581F2015" w14:textId="77777777" w:rsidR="008652BD" w:rsidRDefault="00000000">
      <w:pPr>
        <w:pStyle w:val="LabPrompt"/>
      </w:pPr>
      <w:r>
        <w:rPr>
          <w:b/>
          <w:color w:val="17365D"/>
        </w:rPr>
        <w:t xml:space="preserve">3. </w:t>
      </w:r>
      <w:r>
        <w:t>Compare the two successful solutions. Which had the longer flight time and why?</w:t>
      </w:r>
    </w:p>
    <w:p w14:paraId="3D1EA949" w14:textId="77777777" w:rsidR="008652BD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5C511F53" w14:textId="77777777" w:rsidR="008652BD" w:rsidRDefault="00000000">
      <w:pPr>
        <w:pStyle w:val="LabPrompt"/>
      </w:pPr>
      <w:r>
        <w:rPr>
          <w:b/>
          <w:color w:val="17365D"/>
        </w:rPr>
        <w:t xml:space="preserve">4. </w:t>
      </w:r>
      <w:r>
        <w:t>How did increasing the chosen flight time affect the required vₓ?</w:t>
      </w:r>
    </w:p>
    <w:p w14:paraId="2F2B89C5" w14:textId="77777777" w:rsidR="008652BD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34512382" w14:textId="77777777" w:rsidR="008652BD" w:rsidRDefault="00000000">
      <w:pPr>
        <w:pStyle w:val="LabPrompt"/>
      </w:pPr>
      <w:r>
        <w:rPr>
          <w:b/>
          <w:color w:val="17365D"/>
        </w:rPr>
        <w:t xml:space="preserve">5. </w:t>
      </w:r>
      <w:r>
        <w:t>How did the vertical component affect maximum height?</w:t>
      </w:r>
    </w:p>
    <w:p w14:paraId="27CBFD02" w14:textId="77777777" w:rsidR="008652BD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57B5F3D7" w14:textId="77777777" w:rsidR="008652BD" w:rsidRDefault="00000000">
      <w:pPr>
        <w:pStyle w:val="LabPrompt"/>
      </w:pPr>
      <w:r>
        <w:rPr>
          <w:b/>
          <w:color w:val="17365D"/>
        </w:rPr>
        <w:t xml:space="preserve">6. </w:t>
      </w:r>
      <w:r>
        <w:t>Identify one systematic reason a calculated launch might land slightly away from the target center in the simulation.</w:t>
      </w:r>
    </w:p>
    <w:p w14:paraId="7A586F32" w14:textId="77777777" w:rsidR="008652BD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2DAEC72D" w14:textId="77777777" w:rsidR="008652BD" w:rsidRDefault="00000000">
      <w:pPr>
        <w:pStyle w:val="LabPrompt"/>
      </w:pPr>
      <w:r>
        <w:rPr>
          <w:b/>
          <w:color w:val="17365D"/>
        </w:rPr>
        <w:t xml:space="preserve">7. </w:t>
      </w:r>
      <w:r>
        <w:t>Design a fourth solution using a different chosen time. Show the component calculations.</w:t>
      </w:r>
    </w:p>
    <w:p w14:paraId="251BE67C" w14:textId="77777777" w:rsidR="008652BD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3A65F46B" w14:textId="77777777" w:rsidR="008652BD" w:rsidRDefault="00000000">
      <w:pPr>
        <w:spacing w:after="20"/>
        <w:ind w:left="259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745E90BF" w14:textId="77777777" w:rsidR="008652BD" w:rsidRDefault="00000000">
      <w:pPr>
        <w:keepNext/>
        <w:spacing w:before="80" w:after="40"/>
      </w:pPr>
      <w:r>
        <w:rPr>
          <w:b/>
          <w:color w:val="17365D"/>
          <w:sz w:val="25"/>
        </w:rPr>
        <w:t>Claim-Evidence-Reasoning conclusion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70"/>
      </w:tblGrid>
      <w:tr w:rsidR="008652BD" w14:paraId="46261D1F" w14:textId="77777777">
        <w:trPr>
          <w:jc w:val="center"/>
        </w:trPr>
        <w:tc>
          <w:tcPr>
            <w:tcW w:w="10570" w:type="dxa"/>
            <w:tcBorders>
              <w:top w:val="single" w:sz="7" w:space="0" w:color="D6B656"/>
              <w:left w:val="single" w:sz="7" w:space="0" w:color="D6B656"/>
              <w:bottom w:val="single" w:sz="7" w:space="0" w:color="D6B656"/>
              <w:right w:val="single" w:sz="7" w:space="0" w:color="D6B656"/>
            </w:tcBorders>
            <w:shd w:val="clear" w:color="auto" w:fill="FDF3E7"/>
          </w:tcPr>
          <w:p w14:paraId="6AE3F475" w14:textId="77777777" w:rsidR="008652BD" w:rsidRDefault="00000000">
            <w:pPr>
              <w:spacing w:after="0"/>
            </w:pPr>
            <w:r>
              <w:rPr>
                <w:b/>
                <w:color w:val="17365D"/>
              </w:rPr>
              <w:t xml:space="preserve">Evaluate this statement: </w:t>
            </w:r>
            <w:r>
              <w:t>“There is only one possible launch velocity that can land a projectile on a particular platform.”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85"/>
        <w:gridCol w:w="5285"/>
      </w:tblGrid>
      <w:tr w:rsidR="008652BD" w14:paraId="1D4DC2DA" w14:textId="77777777">
        <w:trPr>
          <w:trHeight w:val="1008"/>
          <w:jc w:val="center"/>
        </w:trPr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17365D"/>
          </w:tcPr>
          <w:p w14:paraId="3F380867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CLAIM</w:t>
            </w:r>
          </w:p>
        </w:tc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</w:tcPr>
          <w:p w14:paraId="63A71E99" w14:textId="77777777" w:rsidR="008652BD" w:rsidRDefault="00000000">
            <w:r>
              <w:rPr>
                <w:sz w:val="18"/>
              </w:rPr>
              <w:t>Accept, reject, or revise the statement.</w:t>
            </w:r>
            <w:r>
              <w:br/>
            </w:r>
            <w:r>
              <w:br/>
            </w:r>
          </w:p>
        </w:tc>
      </w:tr>
      <w:tr w:rsidR="008652BD" w14:paraId="477398B3" w14:textId="77777777">
        <w:trPr>
          <w:trHeight w:val="1008"/>
          <w:jc w:val="center"/>
        </w:trPr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2F75B5"/>
          </w:tcPr>
          <w:p w14:paraId="4B38F4EB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EVIDENCE</w:t>
            </w:r>
          </w:p>
        </w:tc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</w:tcPr>
          <w:p w14:paraId="6318BF66" w14:textId="77777777" w:rsidR="008652BD" w:rsidRDefault="00000000">
            <w:r>
              <w:rPr>
                <w:sz w:val="18"/>
              </w:rPr>
              <w:t>Cite at least two measurements or graph features.</w:t>
            </w:r>
            <w:r>
              <w:br/>
            </w:r>
            <w:r>
              <w:br/>
            </w:r>
          </w:p>
        </w:tc>
      </w:tr>
      <w:tr w:rsidR="008652BD" w14:paraId="4F9B63F7" w14:textId="77777777">
        <w:trPr>
          <w:trHeight w:val="1008"/>
          <w:jc w:val="center"/>
        </w:trPr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  <w:shd w:val="clear" w:color="auto" w:fill="17365D"/>
          </w:tcPr>
          <w:p w14:paraId="38B5F367" w14:textId="77777777" w:rsidR="008652BD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REASONING</w:t>
            </w:r>
          </w:p>
        </w:tc>
        <w:tc>
          <w:tcPr>
            <w:tcW w:w="5285" w:type="dxa"/>
            <w:tcBorders>
              <w:top w:val="single" w:sz="6" w:space="0" w:color="A9BBCB"/>
              <w:left w:val="single" w:sz="6" w:space="0" w:color="A9BBCB"/>
              <w:bottom w:val="single" w:sz="6" w:space="0" w:color="A9BBCB"/>
              <w:right w:val="single" w:sz="6" w:space="0" w:color="A9BBCB"/>
            </w:tcBorders>
          </w:tcPr>
          <w:p w14:paraId="3747913B" w14:textId="77777777" w:rsidR="008652BD" w:rsidRDefault="00000000">
            <w:r>
              <w:rPr>
                <w:sz w:val="18"/>
              </w:rPr>
              <w:t>Connect your evidence to the kinematics model.</w:t>
            </w:r>
            <w:r>
              <w:br/>
            </w:r>
            <w:r>
              <w:br/>
            </w:r>
          </w:p>
        </w:tc>
      </w:tr>
    </w:tbl>
    <w:p w14:paraId="1756EB47" w14:textId="77777777" w:rsidR="008652BD" w:rsidRDefault="00000000">
      <w:pPr>
        <w:keepNext/>
        <w:spacing w:before="80" w:after="40"/>
      </w:pPr>
      <w:r>
        <w:rPr>
          <w:b/>
          <w:color w:val="17365D"/>
          <w:sz w:val="25"/>
        </w:rPr>
        <w:t>Exit ticket</w:t>
      </w:r>
    </w:p>
    <w:p w14:paraId="7C8CAF86" w14:textId="77777777" w:rsidR="008652BD" w:rsidRDefault="00000000">
      <w:r>
        <w:t>State the two equations you would use to design vₓ and vᵧ₀ for a known Δx, Δy, and chosen flight time.</w:t>
      </w:r>
    </w:p>
    <w:p w14:paraId="3C369261" w14:textId="77777777" w:rsidR="008652BD" w:rsidRDefault="00000000">
      <w:pPr>
        <w:spacing w:after="20"/>
      </w:pPr>
      <w:r>
        <w:rPr>
          <w:color w:val="8A94A0"/>
          <w:sz w:val="16"/>
        </w:rPr>
        <w:t>______________________________________________________________________________________________</w:t>
      </w:r>
    </w:p>
    <w:p w14:paraId="149A5FE5" w14:textId="77777777" w:rsidR="008652BD" w:rsidRDefault="00000000">
      <w:pPr>
        <w:spacing w:after="20"/>
      </w:pPr>
      <w:r>
        <w:rPr>
          <w:color w:val="8A94A0"/>
          <w:sz w:val="16"/>
        </w:rPr>
        <w:t>______________________________________________________________________________________________</w:t>
      </w:r>
    </w:p>
    <w:sectPr w:rsidR="008652BD" w:rsidSect="00034616">
      <w:pgSz w:w="12240" w:h="15840"/>
      <w:pgMar w:top="691" w:right="835" w:bottom="691" w:left="835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7348935">
    <w:abstractNumId w:val="8"/>
  </w:num>
  <w:num w:numId="2" w16cid:durableId="1623068982">
    <w:abstractNumId w:val="6"/>
  </w:num>
  <w:num w:numId="3" w16cid:durableId="172840737">
    <w:abstractNumId w:val="5"/>
  </w:num>
  <w:num w:numId="4" w16cid:durableId="851339013">
    <w:abstractNumId w:val="4"/>
  </w:num>
  <w:num w:numId="5" w16cid:durableId="1238592031">
    <w:abstractNumId w:val="7"/>
  </w:num>
  <w:num w:numId="6" w16cid:durableId="1764257210">
    <w:abstractNumId w:val="3"/>
  </w:num>
  <w:num w:numId="7" w16cid:durableId="843477427">
    <w:abstractNumId w:val="2"/>
  </w:num>
  <w:num w:numId="8" w16cid:durableId="1469935711">
    <w:abstractNumId w:val="1"/>
  </w:num>
  <w:num w:numId="9" w16cid:durableId="463811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519D"/>
    <w:rsid w:val="0029639D"/>
    <w:rsid w:val="00326F90"/>
    <w:rsid w:val="005E1174"/>
    <w:rsid w:val="008652B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06670B"/>
  <w14:defaultImageDpi w14:val="300"/>
  <w15:docId w15:val="{2BD06B28-3B17-4128-8DCE-BA09BE74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5" w:lineRule="auto"/>
    </w:pPr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65D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abPrompt">
    <w:name w:val="Lab Prompt"/>
    <w:pPr>
      <w:spacing w:after="60"/>
      <w:ind w:left="245" w:hanging="245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Projectile Target Challenge Lab</dc:title>
  <dc:subject>BuildPhysics Unit 1 guided investigation</dc:subject>
  <dc:creator>BuildPhysics</dc:creator>
  <cp:keywords>BuildPhysics, Physics 1, kinematics, guided lab</cp:keywords>
  <dc:description>generated by python-docx</dc:description>
  <cp:lastModifiedBy>Steven Kandel</cp:lastModifiedBy>
  <cp:revision>2</cp:revision>
  <dcterms:created xsi:type="dcterms:W3CDTF">2013-12-23T23:15:00Z</dcterms:created>
  <dcterms:modified xsi:type="dcterms:W3CDTF">2026-07-20T00:30:00Z</dcterms:modified>
  <cp:category/>
</cp:coreProperties>
</file>