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D73A" w14:textId="77777777" w:rsidR="00E0189E" w:rsidRDefault="00000000">
      <w:pPr>
        <w:pBdr>
          <w:bottom w:val="single" w:sz="8" w:space="0" w:color="2F75B5"/>
        </w:pBdr>
        <w:spacing w:after="40"/>
      </w:pPr>
      <w:r>
        <w:rPr>
          <w:b/>
          <w:color w:val="2F75B5"/>
          <w:sz w:val="19"/>
        </w:rPr>
        <w:t>BUILD PHYSICS  |  GUIDED INVESTIGATION</w:t>
      </w:r>
    </w:p>
    <w:p w14:paraId="3F07A3D0" w14:textId="77777777" w:rsidR="00E0189E" w:rsidRDefault="00000000">
      <w:pPr>
        <w:spacing w:after="0"/>
      </w:pPr>
      <w:r>
        <w:rPr>
          <w:b/>
          <w:color w:val="17365D"/>
          <w:sz w:val="40"/>
        </w:rPr>
        <w:t>ENERGY IN A LOOP</w:t>
      </w:r>
    </w:p>
    <w:p w14:paraId="232430F1" w14:textId="77777777" w:rsidR="00E0189E" w:rsidRDefault="00000000">
      <w:pPr>
        <w:spacing w:after="100"/>
      </w:pPr>
      <w:r>
        <w:rPr>
          <w:color w:val="4F5B69"/>
          <w:sz w:val="23"/>
        </w:rPr>
        <w:t>Speed, gravitational potential energy, and maintaining contact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E0189E" w14:paraId="57765855" w14:textId="77777777">
        <w:trPr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3E7640E1" w14:textId="77777777" w:rsidR="00E0189E" w:rsidRDefault="00000000">
            <w:pPr>
              <w:spacing w:after="0"/>
            </w:pPr>
            <w:r>
              <w:t>Name: ____________________________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59A3BB79" w14:textId="77777777" w:rsidR="00E0189E" w:rsidRDefault="00000000">
            <w:pPr>
              <w:spacing w:after="0"/>
            </w:pPr>
            <w:r>
              <w:t>Period: ____________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795BF296" w14:textId="77777777" w:rsidR="00E0189E" w:rsidRDefault="00000000">
            <w:pPr>
              <w:spacing w:after="0"/>
            </w:pPr>
            <w:r>
              <w:t>Date: ______________</w:t>
            </w:r>
          </w:p>
        </w:tc>
      </w:tr>
    </w:tbl>
    <w:p w14:paraId="722787D2" w14:textId="77777777" w:rsidR="00E0189E" w:rsidRDefault="00E0189E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E0189E" w14:paraId="1D3B658E" w14:textId="77777777">
        <w:tc>
          <w:tcPr>
            <w:tcW w:w="10656" w:type="dxa"/>
            <w:gridSpan w:val="3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EAF2F8"/>
          </w:tcPr>
          <w:p w14:paraId="71928669" w14:textId="77777777" w:rsidR="00E0189E" w:rsidRDefault="00000000">
            <w:pPr>
              <w:spacing w:after="0"/>
            </w:pPr>
            <w:r>
              <w:rPr>
                <w:b/>
                <w:color w:val="2F75B5"/>
              </w:rPr>
              <w:t xml:space="preserve">INVESTIGATION QUESTION  </w:t>
            </w:r>
            <w:r>
              <w:rPr>
                <w:b/>
                <w:color w:val="17365D"/>
                <w:sz w:val="23"/>
              </w:rPr>
              <w:t>How do release height and position in the loop affect speed and contact force?</w:t>
            </w:r>
          </w:p>
        </w:tc>
      </w:tr>
      <w:tr w:rsidR="00E0189E" w14:paraId="105668F3" w14:textId="77777777">
        <w:tblPrEx>
          <w:jc w:val="center"/>
        </w:tblPrEx>
        <w:trPr>
          <w:jc w:val="center"/>
        </w:trPr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0AB3B25C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30 minutes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F75B5"/>
          </w:tcPr>
          <w:p w14:paraId="2ACE289F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SIMULATION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BuildPhysics &gt; Energy in a loop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41F93441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UNIT 3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Work, Energy &amp; Power</w:t>
            </w:r>
          </w:p>
        </w:tc>
      </w:tr>
    </w:tbl>
    <w:p w14:paraId="5E04E2C1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Learning targets</w:t>
      </w:r>
    </w:p>
    <w:p w14:paraId="7C7BF3F4" w14:textId="77777777" w:rsidR="00E0189E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Track energy at the bottom, side, and top of a vertical loop.</w:t>
      </w:r>
    </w:p>
    <w:p w14:paraId="3A4AE2C8" w14:textId="77777777" w:rsidR="00E0189E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Use energy conservation to predict speed changes.</w:t>
      </w:r>
    </w:p>
    <w:p w14:paraId="65EAF855" w14:textId="77777777" w:rsidR="00E0189E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Determine the release condition needed to complete the loop.</w:t>
      </w:r>
    </w:p>
    <w:p w14:paraId="0245C161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Model before you measure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E0189E" w14:paraId="28EB7EB0" w14:textId="77777777">
        <w:trPr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</w:tcPr>
          <w:p w14:paraId="49185A50" w14:textId="77777777" w:rsidR="00E0189E" w:rsidRDefault="00000000">
            <w:pPr>
              <w:spacing w:after="0"/>
            </w:pPr>
            <w:r>
              <w:t>The car moves on a frictionless track. At the top, gravity and the normal force can both point toward the loop center.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2CC"/>
          </w:tcPr>
          <w:p w14:paraId="464D921F" w14:textId="77777777" w:rsidR="00E0189E" w:rsidRDefault="00000000">
            <w:pPr>
              <w:spacing w:after="0"/>
              <w:jc w:val="center"/>
            </w:pPr>
            <w:r>
              <w:rPr>
                <w:sz w:val="21"/>
              </w:rPr>
              <w:t>E</w:t>
            </w:r>
            <w:r>
              <w:rPr>
                <w:sz w:val="21"/>
                <w:vertAlign w:val="subscript"/>
              </w:rPr>
              <w:t>mech</w:t>
            </w:r>
            <w:r>
              <w:rPr>
                <w:sz w:val="21"/>
              </w:rPr>
              <w:t xml:space="preserve"> = K + U</w:t>
            </w:r>
            <w:r>
              <w:rPr>
                <w:sz w:val="21"/>
                <w:vertAlign w:val="subscript"/>
              </w:rPr>
              <w:t>g</w:t>
            </w:r>
            <w:r>
              <w:rPr>
                <w:sz w:val="21"/>
              </w:rPr>
              <w:t xml:space="preserve">      Top: mg + F</w:t>
            </w:r>
            <w:r>
              <w:rPr>
                <w:sz w:val="21"/>
                <w:vertAlign w:val="subscript"/>
              </w:rPr>
              <w:t>N</w:t>
            </w:r>
            <w:r>
              <w:rPr>
                <w:sz w:val="21"/>
              </w:rPr>
              <w:t xml:space="preserve"> = mv</w:t>
            </w:r>
            <w:r>
              <w:rPr>
                <w:sz w:val="21"/>
                <w:vertAlign w:val="subscript"/>
              </w:rPr>
              <w:t>top</w:t>
            </w:r>
            <w:r>
              <w:rPr>
                <w:sz w:val="21"/>
                <w:vertAlign w:val="superscript"/>
              </w:rPr>
              <w:t>2</w:t>
            </w:r>
            <w:r>
              <w:rPr>
                <w:sz w:val="21"/>
              </w:rPr>
              <w:t>/r</w:t>
            </w:r>
          </w:p>
        </w:tc>
      </w:tr>
      <w:tr w:rsidR="00E0189E" w14:paraId="4725E57C" w14:textId="77777777">
        <w:tblPrEx>
          <w:jc w:val="left"/>
        </w:tblPrEx>
        <w:tc>
          <w:tcPr>
            <w:tcW w:w="10656" w:type="dxa"/>
            <w:gridSpan w:val="2"/>
            <w:tcBorders>
              <w:top w:val="single" w:sz="6" w:space="0" w:color="D6A400"/>
              <w:left w:val="single" w:sz="6" w:space="0" w:color="D6A400"/>
              <w:bottom w:val="single" w:sz="6" w:space="0" w:color="D6A400"/>
              <w:right w:val="single" w:sz="6" w:space="0" w:color="D6A400"/>
            </w:tcBorders>
            <w:shd w:val="clear" w:color="auto" w:fill="FFF8E7"/>
          </w:tcPr>
          <w:p w14:paraId="6D67EE17" w14:textId="77777777" w:rsidR="00E0189E" w:rsidRDefault="00000000">
            <w:pPr>
              <w:spacing w:after="0"/>
            </w:pPr>
            <w:r>
              <w:rPr>
                <w:b/>
                <w:color w:val="17365D"/>
              </w:rPr>
              <w:t xml:space="preserve">Important: </w:t>
            </w:r>
            <w:r>
              <w:t>Use g = 9.8 m/s². A car remains in contact only while the track can exert a nonnegative normal force.</w:t>
            </w:r>
          </w:p>
        </w:tc>
      </w:tr>
    </w:tbl>
    <w:p w14:paraId="13E1AD14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Pre-lab prediction | 4 minutes</w:t>
      </w:r>
    </w:p>
    <w:p w14:paraId="53B98260" w14:textId="77777777" w:rsidR="00E0189E" w:rsidRDefault="00000000">
      <w:pPr>
        <w:spacing w:after="0"/>
      </w:pPr>
      <w:r>
        <w:rPr>
          <w:b/>
          <w:color w:val="17365D"/>
        </w:rPr>
        <w:t xml:space="preserve">1. </w:t>
      </w:r>
      <w:r>
        <w:t>Where should the car's speed be greatest: bottom, side, or top?</w:t>
      </w:r>
    </w:p>
    <w:p w14:paraId="0ECB79DD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2F0ED6B9" w14:textId="77777777" w:rsidR="00E0189E" w:rsidRDefault="00000000">
      <w:pPr>
        <w:spacing w:after="0"/>
      </w:pPr>
      <w:r>
        <w:rPr>
          <w:b/>
          <w:color w:val="17365D"/>
        </w:rPr>
        <w:t xml:space="preserve">2. </w:t>
      </w:r>
      <w:r>
        <w:t>At the top, what condition corresponds to the car being just barely in contact?</w:t>
      </w:r>
    </w:p>
    <w:p w14:paraId="67503CF7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0C3FADB2" w14:textId="77777777" w:rsidR="00E0189E" w:rsidRDefault="00000000">
      <w:pPr>
        <w:spacing w:after="0"/>
      </w:pPr>
      <w:r>
        <w:rPr>
          <w:b/>
          <w:color w:val="17365D"/>
        </w:rPr>
        <w:t xml:space="preserve">3. </w:t>
      </w:r>
      <w:r>
        <w:t>Predict how increasing release height changes speed at the top.</w:t>
      </w:r>
    </w:p>
    <w:p w14:paraId="01F7309A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03103A7F" w14:textId="77777777" w:rsidR="00E0189E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E0189E" w14:paraId="5555D92F" w14:textId="77777777">
        <w:tc>
          <w:tcPr>
            <w:tcW w:w="1065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20A0D69C" w14:textId="77777777" w:rsidR="00E0189E" w:rsidRDefault="00000000">
            <w:pPr>
              <w:spacing w:after="0"/>
            </w:pPr>
            <w:r>
              <w:rPr>
                <w:b/>
                <w:color w:val="B9D9F2"/>
              </w:rPr>
              <w:lastRenderedPageBreak/>
              <w:t xml:space="preserve">PART A  </w:t>
            </w:r>
            <w:r>
              <w:rPr>
                <w:b/>
                <w:color w:val="FFFFFF"/>
                <w:sz w:val="23"/>
              </w:rPr>
              <w:t>Compare energy at four loop locations</w:t>
            </w:r>
          </w:p>
        </w:tc>
      </w:tr>
    </w:tbl>
    <w:p w14:paraId="5979D350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Setup | 3 minutes</w:t>
      </w:r>
    </w:p>
    <w:p w14:paraId="31AC8BD7" w14:textId="77777777" w:rsidR="00E0189E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Energy in a loop. Keep friction off and turn on system energy totals.</w:t>
      </w:r>
    </w:p>
    <w:p w14:paraId="437D8089" w14:textId="77777777" w:rsidR="00E0189E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Graph speed, kinetic energy, gravitational potential energy, and normal force.</w:t>
      </w:r>
    </w:p>
    <w:p w14:paraId="40B8E1E9" w14:textId="77777777" w:rsidR="00E0189E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Run and pause near the loop bottom, right side, top, and left side.</w:t>
      </w:r>
    </w:p>
    <w:p w14:paraId="0FBF6ED4" w14:textId="77777777" w:rsidR="00E0189E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Record the car's height, speed, energies, and normal force at each position.</w:t>
      </w:r>
    </w:p>
    <w:p w14:paraId="3E0B83EC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Data table | 10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6"/>
        <w:gridCol w:w="1776"/>
        <w:gridCol w:w="1776"/>
      </w:tblGrid>
      <w:tr w:rsidR="00E0189E" w14:paraId="407C4FC0" w14:textId="77777777">
        <w:trPr>
          <w:tblHeader/>
          <w:jc w:val="center"/>
        </w:trPr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AD0C475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Location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160DA089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Height</w:t>
            </w:r>
            <w:r>
              <w:rPr>
                <w:b/>
                <w:color w:val="FFFFFF"/>
                <w:sz w:val="14"/>
              </w:rPr>
              <w:br/>
              <w:t>(m)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3D46E0E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Speed</w:t>
            </w:r>
            <w:r>
              <w:rPr>
                <w:b/>
                <w:color w:val="FFFFFF"/>
                <w:sz w:val="14"/>
              </w:rPr>
              <w:br/>
              <w:t>(m/s)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78ED119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Kinetic energy</w:t>
            </w:r>
            <w:r>
              <w:rPr>
                <w:b/>
                <w:color w:val="FFFFFF"/>
                <w:sz w:val="14"/>
              </w:rPr>
              <w:br/>
              <w:t>(J)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CF886E6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Gravitational PE</w:t>
            </w:r>
            <w:r>
              <w:rPr>
                <w:b/>
                <w:color w:val="FFFFFF"/>
                <w:sz w:val="14"/>
              </w:rPr>
              <w:br/>
              <w:t>(J)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55BDEB9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Normal force</w:t>
            </w:r>
            <w:r>
              <w:rPr>
                <w:b/>
                <w:color w:val="FFFFFF"/>
                <w:sz w:val="14"/>
              </w:rPr>
              <w:br/>
              <w:t>(N)</w:t>
            </w:r>
          </w:p>
        </w:tc>
      </w:tr>
      <w:tr w:rsidR="00E0189E" w14:paraId="46958B4B" w14:textId="77777777">
        <w:trPr>
          <w:trHeight w:val="634"/>
          <w:jc w:val="center"/>
        </w:trPr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C0C4BD8" w14:textId="77777777" w:rsidR="00E0189E" w:rsidRDefault="00000000">
            <w:pPr>
              <w:spacing w:after="0"/>
              <w:jc w:val="center"/>
            </w:pPr>
            <w:r>
              <w:rPr>
                <w:sz w:val="15"/>
              </w:rPr>
              <w:t>Bottom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EC6882A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162A646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60919E60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D75A5A3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3560331C" w14:textId="77777777" w:rsidR="00E0189E" w:rsidRDefault="00E0189E">
            <w:pPr>
              <w:spacing w:after="0"/>
              <w:jc w:val="center"/>
            </w:pPr>
          </w:p>
        </w:tc>
      </w:tr>
      <w:tr w:rsidR="00E0189E" w14:paraId="23092542" w14:textId="77777777">
        <w:trPr>
          <w:trHeight w:val="634"/>
          <w:jc w:val="center"/>
        </w:trPr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20D9914" w14:textId="77777777" w:rsidR="00E0189E" w:rsidRDefault="00000000">
            <w:pPr>
              <w:spacing w:after="0"/>
              <w:jc w:val="center"/>
            </w:pPr>
            <w:r>
              <w:rPr>
                <w:sz w:val="15"/>
              </w:rPr>
              <w:t>Right side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0EB6967F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0DB82DED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DC6A1E1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83D2B32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DAF241C" w14:textId="77777777" w:rsidR="00E0189E" w:rsidRDefault="00E0189E">
            <w:pPr>
              <w:spacing w:after="0"/>
              <w:jc w:val="center"/>
            </w:pPr>
          </w:p>
        </w:tc>
      </w:tr>
      <w:tr w:rsidR="00E0189E" w14:paraId="0D5A0EBD" w14:textId="77777777">
        <w:trPr>
          <w:trHeight w:val="634"/>
          <w:jc w:val="center"/>
        </w:trPr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30E71BB6" w14:textId="77777777" w:rsidR="00E0189E" w:rsidRDefault="00000000">
            <w:pPr>
              <w:spacing w:after="0"/>
              <w:jc w:val="center"/>
            </w:pPr>
            <w:r>
              <w:rPr>
                <w:sz w:val="15"/>
              </w:rPr>
              <w:t>Top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D1EDA94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3B421DB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008389FB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151173B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EF5235A" w14:textId="77777777" w:rsidR="00E0189E" w:rsidRDefault="00E0189E">
            <w:pPr>
              <w:spacing w:after="0"/>
              <w:jc w:val="center"/>
            </w:pPr>
          </w:p>
        </w:tc>
      </w:tr>
      <w:tr w:rsidR="00E0189E" w14:paraId="23011F28" w14:textId="77777777">
        <w:trPr>
          <w:trHeight w:val="634"/>
          <w:jc w:val="center"/>
        </w:trPr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2F4105F" w14:textId="77777777" w:rsidR="00E0189E" w:rsidRDefault="00000000">
            <w:pPr>
              <w:spacing w:after="0"/>
              <w:jc w:val="center"/>
            </w:pPr>
            <w:r>
              <w:rPr>
                <w:sz w:val="15"/>
              </w:rPr>
              <w:t>Left side</w:t>
            </w: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824F0B0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3C328A85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9F8F072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E2D4757" w14:textId="77777777" w:rsidR="00E0189E" w:rsidRDefault="00E0189E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0A16AD40" w14:textId="77777777" w:rsidR="00E0189E" w:rsidRDefault="00E0189E">
            <w:pPr>
              <w:spacing w:after="0"/>
              <w:jc w:val="center"/>
            </w:pPr>
          </w:p>
        </w:tc>
      </w:tr>
    </w:tbl>
    <w:p w14:paraId="7D151021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Position comparison | 3 minutes</w:t>
      </w:r>
    </w:p>
    <w:p w14:paraId="2C18B095" w14:textId="77777777" w:rsidR="00E0189E" w:rsidRDefault="00000000">
      <w:pPr>
        <w:spacing w:before="40" w:after="0"/>
      </w:pPr>
      <w:r>
        <w:rPr>
          <w:b/>
          <w:color w:val="17365D"/>
        </w:rPr>
        <w:t xml:space="preserve">4. </w:t>
      </w:r>
      <w:r>
        <w:t>Rank the four locations from greatest to least speed and explain using energy.</w:t>
      </w:r>
    </w:p>
    <w:p w14:paraId="4A3B21DD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598EFE0A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5DB4AEE8" w14:textId="77777777" w:rsidR="00E0189E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E0189E" w14:paraId="57524D5A" w14:textId="77777777">
        <w:tc>
          <w:tcPr>
            <w:tcW w:w="1065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77A6DBFC" w14:textId="77777777" w:rsidR="00E0189E" w:rsidRDefault="00000000">
            <w:pPr>
              <w:spacing w:after="0"/>
            </w:pPr>
            <w:r>
              <w:rPr>
                <w:b/>
                <w:color w:val="B9D9F2"/>
              </w:rPr>
              <w:lastRenderedPageBreak/>
              <w:t xml:space="preserve">PART B  </w:t>
            </w:r>
            <w:r>
              <w:rPr>
                <w:b/>
                <w:color w:val="FFFFFF"/>
                <w:sz w:val="23"/>
              </w:rPr>
              <w:t>Change release height and test loop completion</w:t>
            </w:r>
          </w:p>
        </w:tc>
      </w:tr>
    </w:tbl>
    <w:p w14:paraId="0B6E6AD0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Release-height test | 8 minutes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2"/>
      </w:tblGrid>
      <w:tr w:rsidR="00E0189E" w14:paraId="107EB4A5" w14:textId="77777777">
        <w:tc>
          <w:tcPr>
            <w:tcW w:w="10656" w:type="dxa"/>
            <w:gridSpan w:val="5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EAF2F8"/>
          </w:tcPr>
          <w:p w14:paraId="26045D5E" w14:textId="77777777" w:rsidR="00E0189E" w:rsidRDefault="00000000">
            <w:pPr>
              <w:spacing w:after="0"/>
            </w:pPr>
            <w:r>
              <w:rPr>
                <w:b/>
                <w:color w:val="17365D"/>
              </w:rPr>
              <w:t xml:space="preserve">Procedure: </w:t>
            </w:r>
            <w:r>
              <w:t>Move the car to several starting heights on the approach, release from rest, and record whether it remains on the track through the top.</w:t>
            </w:r>
          </w:p>
        </w:tc>
      </w:tr>
      <w:tr w:rsidR="00E0189E" w14:paraId="133E1FFF" w14:textId="77777777">
        <w:tblPrEx>
          <w:jc w:val="center"/>
        </w:tblPrEx>
        <w:trPr>
          <w:tblHeader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67E4DB15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Trial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1B596DC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Starting height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3E6954C8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Completes loop?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69E654D8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Top speed</w:t>
            </w:r>
            <w:r>
              <w:rPr>
                <w:b/>
                <w:color w:val="FFFFFF"/>
                <w:sz w:val="16"/>
              </w:rPr>
              <w:br/>
              <w:t>(m/s)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4451DAA7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Top normal force</w:t>
            </w:r>
            <w:r>
              <w:rPr>
                <w:b/>
                <w:color w:val="FFFFFF"/>
                <w:sz w:val="16"/>
              </w:rPr>
              <w:br/>
              <w:t>(N)</w:t>
            </w:r>
          </w:p>
        </w:tc>
      </w:tr>
      <w:tr w:rsidR="00E0189E" w14:paraId="3C0D92BE" w14:textId="77777777">
        <w:tblPrEx>
          <w:jc w:val="center"/>
        </w:tblPrEx>
        <w:trPr>
          <w:trHeight w:val="605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15E3F9E" w14:textId="77777777" w:rsidR="00E0189E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7BB8344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FA78CA3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39CB2740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1AD9A84" w14:textId="77777777" w:rsidR="00E0189E" w:rsidRDefault="00E0189E">
            <w:pPr>
              <w:spacing w:after="0"/>
              <w:jc w:val="center"/>
            </w:pPr>
          </w:p>
        </w:tc>
      </w:tr>
      <w:tr w:rsidR="00E0189E" w14:paraId="65DC351C" w14:textId="77777777">
        <w:tblPrEx>
          <w:jc w:val="center"/>
        </w:tblPrEx>
        <w:trPr>
          <w:trHeight w:val="605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FC3663A" w14:textId="77777777" w:rsidR="00E0189E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3635ABCB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40C53CD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27F7BD23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61F9D23" w14:textId="77777777" w:rsidR="00E0189E" w:rsidRDefault="00E0189E">
            <w:pPr>
              <w:spacing w:after="0"/>
              <w:jc w:val="center"/>
            </w:pPr>
          </w:p>
        </w:tc>
      </w:tr>
      <w:tr w:rsidR="00E0189E" w14:paraId="0C83976E" w14:textId="77777777">
        <w:tblPrEx>
          <w:jc w:val="center"/>
        </w:tblPrEx>
        <w:trPr>
          <w:trHeight w:val="605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BEE5481" w14:textId="77777777" w:rsidR="00E0189E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12CB0D5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A88984B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654768EF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F91840B" w14:textId="77777777" w:rsidR="00E0189E" w:rsidRDefault="00E0189E">
            <w:pPr>
              <w:spacing w:after="0"/>
              <w:jc w:val="center"/>
            </w:pPr>
          </w:p>
        </w:tc>
      </w:tr>
      <w:tr w:rsidR="00E0189E" w14:paraId="4788B137" w14:textId="77777777">
        <w:tblPrEx>
          <w:jc w:val="center"/>
        </w:tblPrEx>
        <w:trPr>
          <w:trHeight w:val="605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2F550D23" w14:textId="77777777" w:rsidR="00E0189E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CE5B7B4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3C552E0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0409372B" w14:textId="77777777" w:rsidR="00E0189E" w:rsidRDefault="00E0189E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0960D4A" w14:textId="77777777" w:rsidR="00E0189E" w:rsidRDefault="00E0189E">
            <w:pPr>
              <w:spacing w:after="0"/>
              <w:jc w:val="center"/>
            </w:pPr>
          </w:p>
        </w:tc>
      </w:tr>
    </w:tbl>
    <w:p w14:paraId="62036305" w14:textId="77777777" w:rsidR="00E0189E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5465D300" wp14:editId="615C7DC4">
            <wp:extent cx="5394960" cy="26999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rgy_loo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69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AA111" w14:textId="77777777" w:rsidR="00E0189E" w:rsidRDefault="00000000">
      <w:pPr>
        <w:spacing w:before="40" w:after="0"/>
      </w:pPr>
      <w:r>
        <w:rPr>
          <w:b/>
          <w:color w:val="17365D"/>
        </w:rPr>
        <w:t xml:space="preserve">5. </w:t>
      </w:r>
      <w:r>
        <w:t>Plot top speed squared versus starting height for successful trials. Draw a best-fit line.</w:t>
      </w:r>
    </w:p>
    <w:p w14:paraId="53EFBE47" w14:textId="4AAFCF8E" w:rsidR="00E1017C" w:rsidRPr="00E1017C" w:rsidRDefault="00000000" w:rsidP="00E1017C">
      <w:pPr>
        <w:spacing w:before="80" w:after="20"/>
      </w:pPr>
      <w:r>
        <w:rPr>
          <w:b/>
          <w:color w:val="17365D"/>
          <w:sz w:val="26"/>
        </w:rPr>
        <w:t>Analysis | 6 minutes</w:t>
      </w:r>
      <w:r w:rsidR="00E1017C">
        <w:rPr>
          <w:b/>
          <w:color w:val="17365D"/>
          <w:sz w:val="26"/>
        </w:rPr>
        <w:br/>
      </w:r>
      <w:r w:rsidR="00E1017C">
        <w:rPr>
          <w:b/>
        </w:rPr>
        <w:t>6</w:t>
      </w:r>
      <w:r w:rsidR="00E1017C" w:rsidRPr="00E1017C">
        <w:rPr>
          <w:b/>
        </w:rPr>
        <w:t xml:space="preserve">. </w:t>
      </w:r>
      <w:r w:rsidR="00E1017C">
        <w:t xml:space="preserve">What did the slope of your graph represent? </w:t>
      </w:r>
    </w:p>
    <w:p w14:paraId="4801D261" w14:textId="2F6393AB" w:rsidR="00E0189E" w:rsidRDefault="00E1017C" w:rsidP="00E1017C">
      <w:pPr>
        <w:spacing w:before="80" w:after="20"/>
      </w:pPr>
      <w:r w:rsidRPr="00E1017C">
        <w:t>_______________________________________________________________________________________________</w:t>
      </w:r>
    </w:p>
    <w:p w14:paraId="08F0BED7" w14:textId="390A8892" w:rsidR="00E0189E" w:rsidRDefault="00E1017C">
      <w:pPr>
        <w:spacing w:before="40" w:after="0"/>
      </w:pPr>
      <w:r>
        <w:rPr>
          <w:b/>
          <w:color w:val="17365D"/>
        </w:rPr>
        <w:t>7</w:t>
      </w:r>
      <w:r w:rsidR="00000000">
        <w:rPr>
          <w:b/>
          <w:color w:val="17365D"/>
        </w:rPr>
        <w:t xml:space="preserve">. </w:t>
      </w:r>
      <w:r w:rsidR="00000000">
        <w:t>Why was speed greatest at the bottom and least at the top?</w:t>
      </w:r>
    </w:p>
    <w:p w14:paraId="16D5EB4A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27B03DAA" w14:textId="24A21418" w:rsidR="00E0189E" w:rsidRDefault="00E1017C">
      <w:pPr>
        <w:spacing w:before="40" w:after="0"/>
      </w:pPr>
      <w:r>
        <w:rPr>
          <w:b/>
          <w:color w:val="17365D"/>
        </w:rPr>
        <w:t>8</w:t>
      </w:r>
      <w:r w:rsidR="00000000">
        <w:rPr>
          <w:b/>
          <w:color w:val="17365D"/>
        </w:rPr>
        <w:t xml:space="preserve">. </w:t>
      </w:r>
      <w:r w:rsidR="00000000">
        <w:t>What happened to the top normal force as release height was reduced?</w:t>
      </w:r>
    </w:p>
    <w:p w14:paraId="2F3A7D0C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71DC0A7A" w14:textId="382A47D7" w:rsidR="00E0189E" w:rsidRDefault="00E1017C">
      <w:pPr>
        <w:spacing w:before="40" w:after="0"/>
      </w:pPr>
      <w:r>
        <w:rPr>
          <w:b/>
          <w:color w:val="17365D"/>
        </w:rPr>
        <w:t>9</w:t>
      </w:r>
      <w:r w:rsidR="00000000">
        <w:rPr>
          <w:b/>
          <w:color w:val="17365D"/>
        </w:rPr>
        <w:t xml:space="preserve">. </w:t>
      </w:r>
      <w:r w:rsidR="00000000">
        <w:t>Explain why a car can have nonzero speed at the top but still lose contact.</w:t>
      </w:r>
    </w:p>
    <w:p w14:paraId="218AD159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658E13E1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Claim-Evidence-Reasoning conclusion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E0189E" w14:paraId="33ABA5FB" w14:textId="77777777">
        <w:tc>
          <w:tcPr>
            <w:tcW w:w="10656" w:type="dxa"/>
            <w:gridSpan w:val="2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EAF2F8"/>
          </w:tcPr>
          <w:p w14:paraId="169D82B2" w14:textId="77777777" w:rsidR="00E0189E" w:rsidRDefault="00000000">
            <w:pPr>
              <w:spacing w:after="0"/>
            </w:pPr>
            <w:r>
              <w:rPr>
                <w:b/>
                <w:color w:val="17365D"/>
              </w:rPr>
              <w:t xml:space="preserve">Evaluate this claim: </w:t>
            </w:r>
            <w:r>
              <w:t>Any car that reaches the top of the loop will necessarily remain in contact with the track.</w:t>
            </w:r>
          </w:p>
        </w:tc>
      </w:tr>
      <w:tr w:rsidR="00E0189E" w14:paraId="2DB8DE58" w14:textId="77777777">
        <w:tblPrEx>
          <w:jc w:val="center"/>
        </w:tblPrEx>
        <w:trPr>
          <w:trHeight w:val="8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B0B5451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CLAIM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CAE81DD" w14:textId="77777777" w:rsidR="00E0189E" w:rsidRDefault="00000000">
            <w:pPr>
              <w:spacing w:after="0"/>
            </w:pPr>
            <w:r>
              <w:rPr>
                <w:sz w:val="17"/>
              </w:rPr>
              <w:t>Accept, reject, or revise the statement.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E0189E" w14:paraId="6054EE2A" w14:textId="77777777">
        <w:tblPrEx>
          <w:jc w:val="center"/>
        </w:tblPrEx>
        <w:trPr>
          <w:trHeight w:val="8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2F75B5"/>
            <w:vAlign w:val="center"/>
          </w:tcPr>
          <w:p w14:paraId="28368E64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EVIDENCE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001638D" w14:textId="77777777" w:rsidR="00E0189E" w:rsidRDefault="00000000">
            <w:pPr>
              <w:spacing w:after="0"/>
            </w:pPr>
            <w:r>
              <w:rPr>
                <w:sz w:val="17"/>
              </w:rPr>
              <w:t>Cite at least two measured trials or graph features.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E0189E" w14:paraId="2CA22B5F" w14:textId="77777777">
        <w:tblPrEx>
          <w:jc w:val="center"/>
        </w:tblPrEx>
        <w:trPr>
          <w:trHeight w:val="8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3541A836" w14:textId="77777777" w:rsidR="00E0189E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REASONING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32DEE91F" w14:textId="77777777" w:rsidR="00E0189E" w:rsidRDefault="00000000">
            <w:pPr>
              <w:spacing w:after="0"/>
            </w:pPr>
            <w:r>
              <w:rPr>
                <w:sz w:val="17"/>
              </w:rPr>
              <w:t>Connect your evidence to the energy model and controlled variables.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64669E92" w14:textId="77777777" w:rsidR="00E0189E" w:rsidRDefault="00000000">
      <w:pPr>
        <w:spacing w:before="80" w:after="20"/>
      </w:pPr>
      <w:r>
        <w:rPr>
          <w:b/>
          <w:color w:val="17365D"/>
          <w:sz w:val="26"/>
        </w:rPr>
        <w:t>Exit ticket</w:t>
      </w:r>
    </w:p>
    <w:p w14:paraId="4FDE36AE" w14:textId="77777777" w:rsidR="00E0189E" w:rsidRDefault="00000000">
      <w:pPr>
        <w:spacing w:after="0"/>
      </w:pPr>
      <w:r>
        <w:lastRenderedPageBreak/>
        <w:t>At the top of a loop of radius r, write the minimum-speed condition for just maintaining contact.</w:t>
      </w:r>
    </w:p>
    <w:p w14:paraId="1AE4A3C7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506BD8B7" w14:textId="77777777" w:rsidR="00E0189E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E0189E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3282014">
    <w:abstractNumId w:val="8"/>
  </w:num>
  <w:num w:numId="2" w16cid:durableId="942029992">
    <w:abstractNumId w:val="6"/>
  </w:num>
  <w:num w:numId="3" w16cid:durableId="1211261299">
    <w:abstractNumId w:val="5"/>
  </w:num>
  <w:num w:numId="4" w16cid:durableId="1323002831">
    <w:abstractNumId w:val="4"/>
  </w:num>
  <w:num w:numId="5" w16cid:durableId="540481804">
    <w:abstractNumId w:val="7"/>
  </w:num>
  <w:num w:numId="6" w16cid:durableId="1138767268">
    <w:abstractNumId w:val="3"/>
  </w:num>
  <w:num w:numId="7" w16cid:durableId="966470731">
    <w:abstractNumId w:val="2"/>
  </w:num>
  <w:num w:numId="8" w16cid:durableId="718825398">
    <w:abstractNumId w:val="1"/>
  </w:num>
  <w:num w:numId="9" w16cid:durableId="151730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19D"/>
    <w:rsid w:val="0029639D"/>
    <w:rsid w:val="00326F90"/>
    <w:rsid w:val="00AA1D8D"/>
    <w:rsid w:val="00B47730"/>
    <w:rsid w:val="00CB0664"/>
    <w:rsid w:val="00E0189E"/>
    <w:rsid w:val="00E101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D8118"/>
  <w14:defaultImageDpi w14:val="300"/>
  <w15:docId w15:val="{2BD06B28-3B17-4128-8DCE-BA09BE74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in a Loop Lab</dc:title>
  <dc:subject>Physics 1 guided investigation</dc:subject>
  <dc:creator>BuildPhysics</dc:creator>
  <cp:keywords>Physics 1, BuildPhysics, guided lab</cp:keywords>
  <dc:description>generated by python-docx</dc:description>
  <cp:lastModifiedBy>Steven Kandel</cp:lastModifiedBy>
  <cp:revision>2</cp:revision>
  <dcterms:created xsi:type="dcterms:W3CDTF">2013-12-23T23:15:00Z</dcterms:created>
  <dcterms:modified xsi:type="dcterms:W3CDTF">2026-07-20T01:42:00Z</dcterms:modified>
  <cp:category/>
</cp:coreProperties>
</file>