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color w:val="17365D"/>
          <w:sz w:val="40"/>
        </w:rPr>
        <w:t>UNIFORM CIRCULAR MOTION</w:t>
      </w:r>
    </w:p>
    <w:p>
      <w:pPr>
        <w:spacing w:after="100"/>
      </w:pPr>
      <w:r>
        <w:rPr>
          <w:rFonts w:ascii="Arial" w:hAnsi="Arial"/>
          <w:color w:val="4F5B69"/>
          <w:sz w:val="23"/>
        </w:rPr>
        <w:t>Centripetal acceleration, string tension, speed, and mass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color w:val="17365D"/>
                <w:sz w:val="23"/>
              </w:rPr>
              <w:t>How does the required centripetal force depend on tangential speed?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BuildPhysics &gt; Uniform circular motion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UNIT 2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Force &amp; Translational Dynamics</w:t>
            </w:r>
          </w:p>
        </w:tc>
      </w:tr>
    </w:tbl>
    <w:p>
      <w:pPr>
        <w:spacing w:before="100" w:after="40"/>
      </w:pPr>
      <w:r>
        <w:rPr>
          <w:rFonts w:ascii="Arial" w:hAnsi="Arial"/>
          <w:b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Measure tension and inward acceleration during uniform circular motion.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Test the v² dependence of centripetal force.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Test how mass changes force while speed and radius remain fixed.</w:t>
      </w:r>
    </w:p>
    <w:p>
      <w:pPr>
        <w:spacing w:before="60" w:after="40"/>
      </w:pPr>
      <w:r>
        <w:rPr>
          <w:rFonts w:ascii="Arial" w:hAnsi="Arial"/>
          <w:b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Gravity is off. The string tension is the inward net force. The baseline radius is 3.0 m and the baseline mass is 1.0 kg.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a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c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v²/r      F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c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mv²/r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Important: </w:t>
            </w:r>
            <w:r>
              <w:t>The velocity is tangent to the circle while acceleration and tension point toward the center. No value of g is needed because gravity is off.</w:t>
            </w:r>
          </w:p>
        </w:tc>
      </w:tr>
    </w:tbl>
    <w:p>
      <w:pPr>
        <w:spacing w:before="100" w:after="20"/>
      </w:pPr>
      <w:r>
        <w:rPr>
          <w:rFonts w:ascii="Arial" w:hAnsi="Arial"/>
          <w:b/>
          <w:color w:val="17365D"/>
          <w:sz w:val="26"/>
        </w:rPr>
        <w:t>Pre-lab prediction | 4 minutes</w:t>
      </w:r>
    </w:p>
    <w:p>
      <w:pPr>
        <w:spacing w:after="0"/>
      </w:pPr>
      <w:r>
        <w:rPr>
          <w:b/>
          <w:color w:val="17365D"/>
        </w:rPr>
        <w:t xml:space="preserve">1. </w:t>
      </w:r>
      <w:r>
        <w:t>If speed doubles, by what factor should tension change?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2. </w:t>
      </w:r>
      <w:r>
        <w:t>If mass doubles at the same speed and radius, what should happen to tension?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3. </w:t>
      </w:r>
      <w:r>
        <w:t>Are velocity and acceleration parallel in uniform circular motion? Explain.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color w:val="FFFFFF"/>
                <w:sz w:val="23"/>
              </w:rPr>
              <w:t>Change speed at fixed mass and radius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Load Uniform circular motion. Keep m = 1.0 kg and r = 3.0 m.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Select the moving mass and set its tangential velocity to the listed speed.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Graph tension, acceleration magnitude, and speed. Reset before each trial.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Run for at least one revolution and record the steady values.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Tangential direction: </w:t>
            </w:r>
            <w:r>
              <w:t>At the starting point to the right of the pivot, set vₓ = 0 and vᵧ equal to the listed positive speed.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v</w:t>
              <w:br/>
              <w:t>(m/s)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v²</w:t>
              <w:br/>
              <w:t>(m²/s²)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Predicted T = mv²/r</w:t>
              <w:br/>
              <w:t>(N)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T</w:t>
              <w:br/>
              <w:t>(N)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|a|</w:t>
              <w:br/>
              <w:t>(m/s²)</w:t>
            </w:r>
          </w:p>
        </w:tc>
      </w:tr>
      <w:tr>
        <w:trPr>
          <w:trHeight w:val="547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47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47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47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547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36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6172200" cy="32442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niform_circula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2442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b/>
          <w:color w:val="17365D"/>
        </w:rPr>
        <w:t xml:space="preserve">4. </w:t>
      </w:r>
      <w:r>
        <w:t>Plot measured tension versus v². Draw a best-fit line.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color w:val="FFFFFF"/>
                <w:sz w:val="23"/>
              </w:rPr>
              <w:t>Change mass and radius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Mass test | 5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Fixed motion: </w:t>
            </w:r>
            <w:r>
              <w:t>Use v = 4.0 m/s and r = 3.0 m.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Mass</w:t>
              <w:br/>
              <w:t>(kg)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Predicted T</w:t>
              <w:br/>
              <w:t>(N)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Measured T</w:t>
              <w:br/>
              <w:t>(N)</w:t>
            </w:r>
          </w:p>
        </w:tc>
      </w:tr>
      <w:tr>
        <w:trPr>
          <w:trHeight w:val="547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0.50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547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1.00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547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1.50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  <w:tr>
        <w:trPr>
          <w:trHeight w:val="547"/>
        </w:trPr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2.00</w:t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355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Radius challenge | 3 minutes</w:t>
      </w:r>
    </w:p>
    <w:p>
      <w:r>
        <w:t>Use m = 1.0 kg and v = 4.0 m/s. Compare r = 2.0 m and r = 4.0 m. Record T₂m = __________ N and T₄m = __________ N.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Analysis | 7 minutes</w:t>
      </w:r>
    </w:p>
    <w:p>
      <w:pPr>
        <w:spacing w:before="40" w:after="0"/>
      </w:pPr>
      <w:r>
        <w:rPr>
          <w:b/>
          <w:color w:val="17365D"/>
        </w:rPr>
        <w:t xml:space="preserve">5. </w:t>
      </w:r>
      <w:r>
        <w:t>What did the slope of the T-versus-v² graph represent?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6. </w:t>
      </w:r>
      <w:r>
        <w:t>How did tension change with mass? How did it change with radius?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7. </w:t>
      </w:r>
      <w:r>
        <w:t>Why can speed remain constant while velocity changes continuously?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8. </w:t>
      </w:r>
      <w:r>
        <w:t>Compare the direction of tension, acceleration, and velocity at one point on the path.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Evaluate this statement: </w:t>
            </w:r>
            <w:r>
              <w:t>“Doubling an object's speed in a circle doubles the required centripetal force.”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Accept, reject, or revise the statement.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Cite at least two measurements or graph features.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Connect your evidence to the force model and Newton's laws.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Exit ticket</w:t>
      </w:r>
    </w:p>
    <w:p>
      <w:pPr>
        <w:spacing w:after="0"/>
      </w:pPr>
      <w:r>
        <w:t>A 2.0 kg object moves at 6.0 m/s in a circle of radius 3.0 m. Determine its centripetal acceleration and net force.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4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Uniform Circular Motion Lab</dc:title>
  <dc:subject>Physics 1 guided investigation</dc:subject>
  <dc:creator>Build Physics</dc:creator>
  <cp:keywords>Physics 1, Build 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